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360"/>
        <w:jc w:val="center"/>
      </w:pPr>
      <w:r>
        <w:rPr>
          <w:rFonts w:ascii="Arial Unicode MS" w:hAnsi="Arial Unicode MS" w:eastAsia="Arial Unicode MS"/>
          <w:b/>
          <w:color w:val="AE7D20"/>
          <w:sz w:val="20"/>
        </w:rPr>
        <w:t>AI CORPUS REFERENCE GUIDE</w:t>
      </w:r>
    </w:p>
    <w:p>
      <w:pPr>
        <w:spacing w:after="160"/>
        <w:jc w:val="center"/>
      </w:pPr>
      <w:r>
        <w:rPr>
          <w:rFonts w:ascii="Arial Unicode MS" w:hAnsi="Arial Unicode MS" w:eastAsia="Arial Unicode MS"/>
          <w:b/>
          <w:color w:val="1F4D78"/>
          <w:sz w:val="60"/>
        </w:rPr>
        <w:t>AI课程语料学习包</w:t>
      </w:r>
    </w:p>
    <w:p>
      <w:pPr>
        <w:spacing w:after="560"/>
        <w:jc w:val="center"/>
      </w:pPr>
      <w:r>
        <w:rPr>
          <w:rFonts w:ascii="Arial Unicode MS" w:hAnsi="Arial Unicode MS" w:eastAsia="Arial Unicode MS"/>
          <w:color w:val="2E74B5"/>
          <w:sz w:val="30"/>
        </w:rPr>
        <w:t>鹤卿 · 姜哥 · 陈厂长 · 课程精选</w:t>
      </w:r>
    </w:p>
    <w:p>
      <w:pPr>
        <w:spacing w:after="1100"/>
        <w:jc w:val="center"/>
      </w:pPr>
      <w:r>
        <w:rPr>
          <w:rFonts w:ascii="Arial Unicode MS" w:hAnsi="Arial Unicode MS" w:eastAsia="Arial Unicode MS"/>
          <w:color w:val="5F6368"/>
          <w:sz w:val="21"/>
        </w:rPr>
        <w:t>可直接上传给 AI 阅读、总结、提炼方法论或建立知识库</w:t>
      </w:r>
    </w:p>
    <w:tbl>
      <w:tblPr>
        <w:tblW w:type="auto" w:w="0"/>
        <w:tblLayout w:type="fixed"/>
        <w:tblLook w:firstColumn="1" w:firstRow="1" w:lastColumn="0" w:lastRow="0" w:noHBand="0" w:noVBand="1" w:val="04A0"/>
      </w:tblPr>
      <w:tblGrid>
        <w:gridCol w:w="3120"/>
        <w:gridCol w:w="3120"/>
        <w:gridCol w:w="3120"/>
      </w:tblGrid>
      <w:tr>
        <w:tc>
          <w:tcPr>
            <w:tcW w:type="dxa" w:w="3125"/>
            <w:shd w:fill="E8EEF5"/>
          </w:tcPr>
          <w:p>
            <w:pPr>
              <w:spacing w:before="160" w:after="160"/>
              <w:jc w:val="center"/>
            </w:pPr>
            <w:r>
              <w:rPr>
                <w:rFonts w:ascii="Arial Unicode MS" w:hAnsi="Arial Unicode MS" w:eastAsia="Arial Unicode MS"/>
                <w:b/>
                <w:color w:val="1F4D78"/>
                <w:sz w:val="36"/>
              </w:rPr>
              <w:t>4</w:t>
              <w:br/>
            </w:r>
            <w:r>
              <w:rPr>
                <w:rFonts w:ascii="Arial Unicode MS" w:hAnsi="Arial Unicode MS" w:eastAsia="Arial Unicode MS"/>
                <w:color w:val="5F6368"/>
                <w:sz w:val="18"/>
              </w:rPr>
              <w:t>独立语料库</w:t>
            </w:r>
          </w:p>
        </w:tc>
        <w:tc>
          <w:tcPr>
            <w:tcW w:type="dxa" w:w="3125"/>
            <w:shd w:fill="E8EEF5"/>
          </w:tcPr>
          <w:p>
            <w:pPr>
              <w:spacing w:before="160" w:after="160"/>
              <w:jc w:val="center"/>
            </w:pPr>
            <w:r>
              <w:rPr>
                <w:rFonts w:ascii="Arial Unicode MS" w:hAnsi="Arial Unicode MS" w:eastAsia="Arial Unicode MS"/>
                <w:b/>
                <w:color w:val="1F4D78"/>
                <w:sz w:val="36"/>
              </w:rPr>
              <w:t>165</w:t>
              <w:br/>
            </w:r>
            <w:r>
              <w:rPr>
                <w:rFonts w:ascii="Arial Unicode MS" w:hAnsi="Arial Unicode MS" w:eastAsia="Arial Unicode MS"/>
                <w:color w:val="5F6368"/>
                <w:sz w:val="18"/>
              </w:rPr>
              <w:t>合计记录</w:t>
            </w:r>
          </w:p>
        </w:tc>
        <w:tc>
          <w:tcPr>
            <w:tcW w:type="dxa" w:w="3110"/>
            <w:shd w:fill="E8EEF5"/>
          </w:tcPr>
          <w:p>
            <w:pPr>
              <w:spacing w:before="160" w:after="160"/>
              <w:jc w:val="center"/>
            </w:pPr>
            <w:r>
              <w:rPr>
                <w:rFonts w:ascii="Arial Unicode MS" w:hAnsi="Arial Unicode MS" w:eastAsia="Arial Unicode MS"/>
                <w:b/>
                <w:color w:val="1F4D78"/>
                <w:sz w:val="36"/>
              </w:rPr>
              <w:t>2026.08.04</w:t>
              <w:br/>
            </w:r>
            <w:r>
              <w:rPr>
                <w:rFonts w:ascii="Arial Unicode MS" w:hAnsi="Arial Unicode MS" w:eastAsia="Arial Unicode MS"/>
                <w:color w:val="5F6368"/>
                <w:sz w:val="18"/>
              </w:rPr>
              <w:t>课程日期</w:t>
            </w:r>
          </w:p>
        </w:tc>
      </w:tr>
    </w:tbl>
    <w:p/>
    <w:p>
      <w:pPr>
        <w:spacing w:before="360" w:after="0"/>
        <w:jc w:val="center"/>
      </w:pPr>
      <w:r>
        <w:rPr>
          <w:rFonts w:ascii="Arial Unicode MS" w:hAnsi="Arial Unicode MS" w:eastAsia="Arial Unicode MS"/>
          <w:color w:val="5F6368"/>
          <w:sz w:val="18"/>
        </w:rPr>
        <w:t>说明：内容来自自动转写，可能存在错字；对外引用前请回听原声并确认讲者授权。</w:t>
      </w:r>
    </w:p>
    <w:p>
      <w:r>
        <w:br w:type="page"/>
      </w:r>
    </w:p>
    <w:p>
      <w:pPr>
        <w:pStyle w:val="Heading1"/>
      </w:pPr>
      <w:r>
        <w:t>课程精选语料库</w:t>
      </w:r>
    </w:p>
    <w:p>
      <w:pPr>
        <w:spacing w:after="240"/>
      </w:pPr>
      <w:r>
        <w:rPr>
          <w:rFonts w:ascii="Arial Unicode MS" w:hAnsi="Arial Unicode MS" w:eastAsia="Arial Unicode MS"/>
          <w:color w:val="5F6368"/>
          <w:sz w:val="21"/>
        </w:rPr>
        <w:t>面向学员学习与复用的三位讲者精选语料  |  36 条记录</w:t>
      </w:r>
    </w:p>
    <w:p>
      <w:pPr>
        <w:pStyle w:val="Heading2"/>
        <w:keepNext/>
      </w:pPr>
      <w:r>
        <w:t>001  鹤卿  ·  s70-s108</w:t>
      </w:r>
    </w:p>
    <w:p>
      <w:pPr>
        <w:keepNext/>
        <w:spacing w:after="100"/>
      </w:pPr>
      <w:r>
        <w:rPr>
          <w:rFonts w:ascii="Arial Unicode MS" w:hAnsi="Arial Unicode MS" w:eastAsia="Arial Unicode MS"/>
          <w:color w:val="5F6368"/>
          <w:sz w:val="17"/>
        </w:rPr>
        <w:t>主题：业务建模 / 人机协作 / 知识复用 / 销售成交 / 个人成长    用途：方法 / 案例 / 行动 / 观点    识别置信度：high</w:t>
      </w:r>
    </w:p>
    <w:p>
      <w:pPr>
        <w:spacing w:after="200" w:line="300" w:lineRule="auto"/>
      </w:pPr>
      <w:r>
        <w:t>但是你是不能够定制你的用户会给它关机吗?所以说你看，我们会做，每个人都会做，就是每个人都会用AI。你会用AI吗?你肯定会用，对吧?就比如说我们的豆包啊，DeepSake啊，大家都会用，但是你看现在有好多人他其实比如说在讲啊，我怎么用Codex来给大家去讲课呀，那么他其实就是这也是我们在做交付的时候会遇到的一些情况。因为你无法标准化，那么你会相当于是，沟通成本就会很大。我现在做了一个客户，那么下一个客户要是有同类型的，如果我们做完这种标准的话，那么这些测试到手里，具体量的幅度是提供成效的。你看，跨通云4只是这个demo的科学成功，就是从0到1很简单，那么你想让它从1到10，从10到10，给它反复去使用，这才是真正交互的开始。你看，这个也就是这个PPT，我也是让AI来去结合我花这么多时间来给客户做的一些交付方案的一些拆解。同时在这个里面，我们重要的最多的是销售板块了。你看其实，不管你是做销售智能体也好，或者是什么，我相信大家现在手上有的项目有的比如说写一些</w:t>
      </w:r>
    </w:p>
    <w:p>
      <w:pPr>
        <w:pStyle w:val="Heading2"/>
        <w:keepNext/>
      </w:pPr>
      <w:r>
        <w:t>002  鹤卿  ·  s163-s182</w:t>
      </w:r>
    </w:p>
    <w:p>
      <w:pPr>
        <w:keepNext/>
        <w:spacing w:after="100"/>
      </w:pPr>
      <w:r>
        <w:rPr>
          <w:rFonts w:ascii="Arial Unicode MS" w:hAnsi="Arial Unicode MS" w:eastAsia="Arial Unicode MS"/>
          <w:color w:val="5F6368"/>
          <w:sz w:val="17"/>
        </w:rPr>
        <w:t>主题：业务建模 / 人机协作 / 销售成交 / 个人成长    用途：方法 / 案例 / 行动 / 观点    识别置信度：high</w:t>
      </w:r>
    </w:p>
    <w:p>
      <w:pPr>
        <w:spacing w:after="200" w:line="300" w:lineRule="auto"/>
      </w:pPr>
      <w:r>
        <w:t>它是把它前期的一个销售转化还有它的一个跟进策略以及它甚至在后续比如说你看它首次触打达到什么样的程度它下一次应该怎样进行沟通以及A类客户它适合看什么样的方案这些都可以让AI进行拆解那么是不是又可以对接到我们自己比如说我们学习中或者是我们导师给我们的项目中每一个版画其实都可以让AI介入只要你能够把它细小的点给拆分出来以及在这个过程中成交与失败怎么样能够让它不断地回复到这个系统中就是AI是能够不断地成长的那么我们可以把我们不断让AI去进化调优的这个过程也让AI不断地学习那么你学习完出来之后它就像一棵树一样它逐渐长从一个干枯的树苗然后至白叶茂那么你是不是就可以把它提炼出来然后到你下一个板块里面去继续地就相当于你有了一个模子，那么你下一个榜就可以进行了复刻，只是主题不一样，只是场景不一样。好，我们最早我拿到一个搜索智能体，我肯定就觉得它就是一个化学生成，好，见人说人话，见鬼说鬼话，好，你高科丹的说高科丹的话，但是你如果把它去进行拆解你会发现，你从你看到的A点到达不定的B点，其实中间还有1，234567这种常见度。那么我们不管是在做业务也好，或者是在用AI做其他的项目，比如说，举个最简单的例子，大家都用我们AI来写一些文案，做一些内容。</w:t>
      </w:r>
    </w:p>
    <w:p>
      <w:pPr>
        <w:pStyle w:val="Heading2"/>
        <w:keepNext/>
      </w:pPr>
      <w:r>
        <w:t>003  鹤卿  ·  s183-s227</w:t>
      </w:r>
    </w:p>
    <w:p>
      <w:pPr>
        <w:keepNext/>
        <w:spacing w:after="100"/>
      </w:pPr>
      <w:r>
        <w:rPr>
          <w:rFonts w:ascii="Arial Unicode MS" w:hAnsi="Arial Unicode MS" w:eastAsia="Arial Unicode MS"/>
          <w:color w:val="5F6368"/>
          <w:sz w:val="17"/>
        </w:rPr>
        <w:t>主题：业务建模 / 人机协作 / 行动方法    用途：方法 / 案例 / 行动 / 观点    识别置信度：high</w:t>
      </w:r>
    </w:p>
    <w:p>
      <w:pPr>
        <w:spacing w:after="200" w:line="300" w:lineRule="auto"/>
      </w:pPr>
      <w:r>
        <w:t>你想让它产生一个好的内容，那这其实就是一些更加精准的一些修制方式。你把一些推荐的细节点都告诉他之后，那么他其实就能够，比如说，好，给我写一个报款文案，那么你再告诉他，给我写一个我的目标人群是谁，我的用户画像是什么，我想达到什么样的目标，我的开头，我的结尾，我的公司应该怎么样去搭建。那么你把这些流程告诉他之后，就是这个报款文案就比他从许愿场给我生成的报款文案要好很多。然后你看，我们在用AI的时候，其实是先还原这个业务本身，因为你每个业务，你不要说大家没有业务，我们自己写一个大作业，它其实都是一个业务，它都是有一套流程，你先把整个流程还原给AI，再去让AI进行设计。你会发现AI会懂很多东西，但是它又不懂很多细节。那么这些细节就往往是需要我们人去研判，人去研判它是一个内容的好坏，以及它真正是否有灵魂的关键。所以说你看，AI不是凭空间创造一个新的业务，它只是把我们藏在我们脑子里面，甚至是你海量的，相信大家你接触过一些用户之后，你会发现好多人都是在PDF，Excel表格里面。那么他其实甚至是微信比较多，他发给你转发10人比较多。那么你看，其实就是把我们那些藏在大家脑海里面，甚至是你的J盘，T盘里面的东西给它梳理出来。你会发现，</w:t>
      </w:r>
    </w:p>
    <w:p>
      <w:pPr>
        <w:pStyle w:val="Heading2"/>
        <w:keepNext/>
      </w:pPr>
      <w:r>
        <w:t>004  鹤卿  ·  s1437-s1487</w:t>
      </w:r>
    </w:p>
    <w:p>
      <w:pPr>
        <w:keepNext/>
        <w:spacing w:after="100"/>
      </w:pPr>
      <w:r>
        <w:rPr>
          <w:rFonts w:ascii="Arial Unicode MS" w:hAnsi="Arial Unicode MS" w:eastAsia="Arial Unicode MS"/>
          <w:color w:val="5F6368"/>
          <w:sz w:val="17"/>
        </w:rPr>
        <w:t>主题：业务建模 / 人机协作 / 行动方法 / 销售成交    用途：案例 / 行动 / 观点    识别置信度：high</w:t>
      </w:r>
    </w:p>
    <w:p>
      <w:pPr>
        <w:spacing w:after="200" w:line="300" w:lineRule="auto"/>
      </w:pPr>
      <w:r>
        <w:t>好，我能够把一群人持续地正向输出到一个结果上面，来去产生所谓的证据化。会用解决某一项问题，做成能够解决一条业务链的问题，那么你把它持续做成，才能形成真正的组织力。所以说这一个就是，你的信息差，你的时间差，我会用，我比他们学得早，我做成，我有这个技术，然后我把这些技术给它封装持续，变成组织能力，组织差出来了。那这其实就是我们主动去节纳，从个人，什么OPC那些，搭建起你两个小团队，然后到十个人团队，然后持续做什么，然后这个这个。就是， AI这个时代就是，前期的滚雪球滚得非常痛苦，因为年轻人还好一点，因为我们有好多年纪大一点的，他们是很有底触的，就不想做。因为，又拿我们公司举例，因为我们公司在AI化改造的过程中间，陆陆续续离开了很多小伙伴。因为之前你会发现，销售好，我打完一通电话就没了。但是现在，我既要打完电话，还要把这个录音放给AI，还要看AI生成的内容，还要把这个内容返回到推出里面。当然这是我们上一个阶段，就是大家很痛苦。但是你会发现，你把这个水滚逐渐地滚起来之后，之前我们这儿有一个三十多年来最强的一个销售，就是通过这个。咱们的销售还是四十多年的时候，就通过主要的商业副产品银行，然后陈建英的发行，然后来去注册他自身的销售，</w:t>
      </w:r>
    </w:p>
    <w:p>
      <w:pPr>
        <w:pStyle w:val="Heading2"/>
        <w:keepNext/>
      </w:pPr>
      <w:r>
        <w:t>005  鹤卿  ·  s1-s36</w:t>
      </w:r>
    </w:p>
    <w:p>
      <w:pPr>
        <w:keepNext/>
        <w:spacing w:after="100"/>
      </w:pPr>
      <w:r>
        <w:rPr>
          <w:rFonts w:ascii="Arial Unicode MS" w:hAnsi="Arial Unicode MS" w:eastAsia="Arial Unicode MS"/>
          <w:color w:val="5F6368"/>
          <w:sz w:val="17"/>
        </w:rPr>
        <w:t>主题：业务建模 / 人机协作 / 销售成交 / 个人成长    用途：案例 / 行动 / 观点    识别置信度：high</w:t>
      </w:r>
    </w:p>
    <w:p>
      <w:pPr>
        <w:spacing w:after="200" w:line="300" w:lineRule="auto"/>
      </w:pPr>
      <w:r>
        <w:t>每个客户都是一个单独的项目，然后这个项目里面你就创建成一个锦项目。哦，之前没有。没有，之前有，你没有注意。哦，可能很早。这一个功能是一般都有，然后我们客户他们都很忽略这一个，直接是好，他们更多的都是默认记忆，然后我直接点击创建。喂你好我下桌拿东西你可以先自己聊一下好多病毒來站好差不多了，那我就开始讲实际了欢迎大家来我们公司参观游戏今天下午我给大家分享的一个主题是从会用AI到能够把用AI把事情给做成当然我也是从大家的身份过来的我可以先给大家最后一些彩蛋之前我也是最早的时候接触AI的话我是在学校里面搞AI代写因为我是去年毕业的当时也是在线上接待一些项目到最后你会发现我身边的我们宿舍里面好多人他们的AI代理能找的最后都是我。然后基本上现在大家都是多多少少有了一些AI的使用经验吧。那么你看在今天我身上可能有点特殊，就是我既是江泽曲那边，我也是议员，然后也是AI的实践者，同时我也是我们中研会现在AI技术部门的交互负责人，同时如果有上过我们之前智能体工作坊的课，就会发现，你要是有关注到我们厂长的动态的话，现在新的课的地方都是我来讲。当然我也不是一上来就是直接能够来讲课的，我今天主要给大家分享一下我这整个成长变故吧。就是在之前，</w:t>
      </w:r>
    </w:p>
    <w:p>
      <w:pPr>
        <w:pStyle w:val="Heading2"/>
        <w:keepNext/>
      </w:pPr>
      <w:r>
        <w:t>006  鹤卿  ·  s266-s312</w:t>
      </w:r>
    </w:p>
    <w:p>
      <w:pPr>
        <w:keepNext/>
        <w:spacing w:after="100"/>
      </w:pPr>
      <w:r>
        <w:rPr>
          <w:rFonts w:ascii="Arial Unicode MS" w:hAnsi="Arial Unicode MS" w:eastAsia="Arial Unicode MS"/>
          <w:color w:val="5F6368"/>
          <w:sz w:val="17"/>
        </w:rPr>
        <w:t>主题：业务建模 / 人机协作 / 知识复用 / 销售成交    用途：方法 / 案例 / 行动 / 观点    识别置信度：high</w:t>
      </w:r>
    </w:p>
    <w:p>
      <w:pPr>
        <w:spacing w:after="200" w:line="300" w:lineRule="auto"/>
      </w:pPr>
      <w:r>
        <w:t>他们都是卡在这里，就把人家的电脑来口袋子里装不了。所以说我们就是，这个方案是比较综合的一个，温和的方案，你总不能说，我直接把硬盘都给砍了。有的老板舍得，有的老板舍不得。然后这一个呢，就相当于是，这是基于我现在接手的业务来去，我发生的一些改变吧，你看，我基本就是先让因为我现在手上接触的有各行各业的客户，比如说有医美的，有博学的，还有做海外的，就是电商贸易的，甚至是做什么政绩工程的，以及还有一些要写一些你可以把它理解为标书的那种七七八八都有。那么我是不知道客户这个行业，我又不是他的专家，那么我就需要先去还原他的业务本身，这一方面是让我大概知道哪些电路中间的节点是要人工去必须参与的，以及让AI也知道它的业务流程是怎么样。然后再去判断，再去表达。这些其实就是你会发现，有一些AI它是，好，一次性生成很多，我也看不懂。那么在这中间，你要设计人和AI的交接点，就比如说你这个方案写好之后，或者是你这个方案生成到，快到最终完整版之前，你再让AI给你总览一下，看看最终的架构是否有问题，它会是好意，不好意，不好意。以及，让它产生持续可返回的系统，就是让它不断地迭代优化优化。你像我们给客户有的时候雕塑的一个智能体，有可能最后都迭代了20多次。</w:t>
      </w:r>
    </w:p>
    <w:p>
      <w:pPr>
        <w:pStyle w:val="Heading2"/>
        <w:keepNext/>
      </w:pPr>
      <w:r>
        <w:t>007  鹤卿  ·  s869-s918</w:t>
      </w:r>
    </w:p>
    <w:p>
      <w:pPr>
        <w:keepNext/>
        <w:spacing w:after="100"/>
      </w:pPr>
      <w:r>
        <w:rPr>
          <w:rFonts w:ascii="Arial Unicode MS" w:hAnsi="Arial Unicode MS" w:eastAsia="Arial Unicode MS"/>
          <w:color w:val="5F6368"/>
          <w:sz w:val="17"/>
        </w:rPr>
        <w:t>主题：业务建模 / 人机协作 / 知识复用 / 机会判断 / 行动方法    用途：方法 / 案例 / 行动 / 观点    识别置信度：high</w:t>
      </w:r>
    </w:p>
    <w:p>
      <w:pPr>
        <w:spacing w:after="200" w:line="300" w:lineRule="auto"/>
      </w:pPr>
      <w:r>
        <w:t>我会做一些视觉效果的渲染，我会做一些七七八八的，我会写一套极致责备生活的内容，那么你产生了个池塘是什么呢?就相当于是，你能够真正地把这一波雨给它留下来，给它存下来，就是你会开始产解业务流程，他也是懂得用户的这些数据怎么管理，就比如说，你后面接待用户需求多了，你怎么呈现自己的知识库，怎么呈现自己的方法论，以及如何让AI学习，或者是让自己，比如说，我首先搭建一个小团队，然后让这些案例能够不断地去被看见。因为案例其实是你现在最好说话的一个方式。以及怎么做成一个SOP，可被标准化，可被流程化的一套案，然后你还要反馈基础标准。工具会变，模型会升级，模型会升级大家都会有种感觉，我好牛逼啊，但其实是越来越牛逼了。就比如说鞋这边，好，一断网，然后扣掉自己一枚积分，好，天才引路，天才成绩远引路。但是你看，你会发现，信息差总会过去，时间差总会被短缺，但是当这一波浪潮退去之后，你要打造自己的组织差，什么是组织差呢?就比如说你现在，我们公司是全面平原化，全面的数据都会被NIH海量的统计，以及任何的数据都会流盆流荡。这些流盆流荡，一方面是方便我们工作，另外一方面是让NIH更好的了解我们公司，了解我们的业务产品。那么，从信息差，到时间差，到组织差，</w:t>
      </w:r>
    </w:p>
    <w:p>
      <w:pPr>
        <w:pStyle w:val="Heading2"/>
        <w:keepNext/>
      </w:pPr>
      <w:r>
        <w:t>008  鹤卿  ·  s1301-s1350</w:t>
      </w:r>
    </w:p>
    <w:p>
      <w:pPr>
        <w:keepNext/>
        <w:spacing w:after="100"/>
      </w:pPr>
      <w:r>
        <w:rPr>
          <w:rFonts w:ascii="Arial Unicode MS" w:hAnsi="Arial Unicode MS" w:eastAsia="Arial Unicode MS"/>
          <w:color w:val="5F6368"/>
          <w:sz w:val="17"/>
        </w:rPr>
        <w:t>主题：业务建模 / 人机协作 / 销售成交 / 工具实践    用途：方法 / 案例 / 行动 / 观点    识别置信度：high</w:t>
      </w:r>
    </w:p>
    <w:p>
      <w:pPr>
        <w:spacing w:after="200" w:line="300" w:lineRule="auto"/>
      </w:pPr>
      <w:r>
        <w:t>那么你就要判断它好不好，你一下子怎么融化，好玩也很便宜，胜过你，又输出了那条视频，又输出了那条视频。你看，你每做完一次，就要留下一套池塘，留下一套局势词，留下一套模板。比如说我现在，我有一个做英语的，我有一个做其他的一个身心灵疗愈的，那么他们可能都有着同一个需求，那么我后面我可以改一个主题，改一个框架，他就能够直接用了。一个主题，一个模板，一个清代，一个SOP，一个利用场景，甚至一套流程图。就是这个流程图给大家展开讲一下，你可以做一个Memo的图就是一个思维导播那种，因为你现在的业务流程不是很多，但是当你的业务流程足够大，足够庞大的时候，你不知道要从哪条线开始。但是你把思维导播做出来之后，你就可以拆分出几条线，然后再把几条线给它串联或者并联起来，那就拼成整张地图了。不要只问AI能帮我做什么，还要问我这件货里面真正有价值的判断是什么。你会发现判断这个非常重要。你是怎么研判这个文章是好是坏的，这个图片，它的感觉，你要把你那种感觉给它判断出来，描述出来。我经常听我客户说，你不会描述没问题，你就把你那种懵懂懂的感觉告诉AI，然后你让AI逐渐记住你这种感觉了。所以说你看，真正的价值的判断是什么?就是这些东西，</w:t>
      </w:r>
    </w:p>
    <w:p>
      <w:pPr>
        <w:pStyle w:val="Heading2"/>
        <w:keepNext/>
      </w:pPr>
      <w:r>
        <w:t>009  鹤卿  ·  s1396-s1436</w:t>
      </w:r>
    </w:p>
    <w:p>
      <w:pPr>
        <w:keepNext/>
        <w:spacing w:after="100"/>
      </w:pPr>
      <w:r>
        <w:rPr>
          <w:rFonts w:ascii="Arial Unicode MS" w:hAnsi="Arial Unicode MS" w:eastAsia="Arial Unicode MS"/>
          <w:color w:val="5F6368"/>
          <w:sz w:val="17"/>
        </w:rPr>
        <w:t>主题：人机协作 / 行动方法 / 销售成交 / 工具实践    用途：方法 / 案例 / 行动 / 观点    识别置信度：high</w:t>
      </w:r>
    </w:p>
    <w:p>
      <w:pPr>
        <w:spacing w:after="200" w:line="300" w:lineRule="auto"/>
      </w:pPr>
      <w:r>
        <w:t>好，彼岸，好， ABCD，好，你120分以下，你孤归单子到350，好， 350怎么给你安排，然后一周背几百个几百个。那是不是在这整条链路上，好，快清晰之后，那你AI是不是就能够获能它了，也就获能你了。那是不是你这个ID出来之后，你就可以教育其他小孩。你甚至可以针对不同的小孩，不同的分数段来设不同的分数图。是不是?其实每个人都有自己的结果。你有自己的闪光链，每个人都有自己的闪光链，你要赛局发现你，然后你都可以给他参与的服务。只不过是不能过大过小。当然，包括我们在这个里面，销售智能体也好，或者其他智能体也好，它只能让，比如说，如果销贯的能力是95分，那么我们销售智能体能够把这一群，比如说，大家是一群新进来的销售，好，大家的分数可能只有45分，那么我们能把45分拉平到80分。剩下的十五分甚至二十分就要看你自身的天赋和努力，尤其是到最后那五分，就是看谁的努力和天赋。因为AI它就能够把平均值给拉高，但是它的顶点后果还是那样。会用AI吗?是让一个人做得更快，好。那么用AI来把事情做成，就是让一群人可以持续地创造结果。就比如说我们现在给大家安排的创造图片也好，或者剪辑那些也好。这个能够从一个人，</w:t>
      </w:r>
    </w:p>
    <w:p>
      <w:pPr>
        <w:pStyle w:val="Heading2"/>
        <w:keepNext/>
      </w:pPr>
      <w:r>
        <w:t>010  鹤卿  ·  s109-s124</w:t>
      </w:r>
    </w:p>
    <w:p>
      <w:pPr>
        <w:keepNext/>
        <w:spacing w:after="100"/>
      </w:pPr>
      <w:r>
        <w:rPr>
          <w:rFonts w:ascii="Arial Unicode MS" w:hAnsi="Arial Unicode MS" w:eastAsia="Arial Unicode MS"/>
          <w:color w:val="5F6368"/>
          <w:sz w:val="17"/>
        </w:rPr>
        <w:t>主题：业务建模 / 人机协作 / 销售成交 / 工具实践    用途：方法 / 案例 / 行动 / 观点    识别置信度：high</w:t>
      </w:r>
    </w:p>
    <w:p>
      <w:pPr>
        <w:spacing w:after="200" w:line="300" w:lineRule="auto"/>
      </w:pPr>
      <w:r>
        <w:t>大学里面的制作业或者是一些项目或者是一些图片甚至是一些AI漫剧那么客户嘴里的需求往往都是取冤你能不能给我做一个所谓的自动化流程我每天只要电脑插着电它随时能够高质量地铲除因为用户他不知道自己想要什么所以说你从用户的嘴里面得到的需求往往都是比较抽象的那么我们在这里面就是需要去把用户混沌的想法那么我们在这个里面其实就是要把客户混沌的想法给它提炼出来因为用户会是有海量的一些信息的海量的想法那么就比如说我们每个人比如说你接触到有一些人让你做图片我想这个风格我想那个风格但是AI目前就只能达到C的风格所以说我们就是要让用户大量的从他们的需求中去进行海量的拆解。我之前，我第一次做的时候就是，好，我来写一个智能体的一个知识值，我来给它生成一套所谓的，比较呆板的一套画术，甚至是根据它给我提供的资料去分析一个模板。那用户就会说，那你知道，我也能做呀，我让AI直接我都能够输出呀。那么他们真正其实想要解决的是比如说一个客户进来之后他的线索从哪里来这个客户是否值得跟就比如说为什么我要跟大家讲以销售这个项目为主不管大家是超级个体还是组织你不管是2B的2C的你都是要有一个销售端口那么你销售端口比如说你现在你自己的客户在咸鱼在小红书你跟这个客户聊半天，</w:t>
      </w:r>
    </w:p>
    <w:p>
      <w:pPr>
        <w:pStyle w:val="Heading2"/>
        <w:keepNext/>
      </w:pPr>
      <w:r>
        <w:t>011  鹤卿  ·  s537-s583</w:t>
      </w:r>
    </w:p>
    <w:p>
      <w:pPr>
        <w:keepNext/>
        <w:spacing w:after="100"/>
      </w:pPr>
      <w:r>
        <w:rPr>
          <w:rFonts w:ascii="Arial Unicode MS" w:hAnsi="Arial Unicode MS" w:eastAsia="Arial Unicode MS"/>
          <w:color w:val="5F6368"/>
          <w:sz w:val="17"/>
        </w:rPr>
        <w:t>主题：人机协作 / 知识复用 / 行动方法 / 销售成交 / 工具实践    用途：方法 / 案例 / 行动 / 观点    识别置信度：high</w:t>
      </w:r>
    </w:p>
    <w:p>
      <w:pPr>
        <w:spacing w:after="200" w:line="300" w:lineRule="auto"/>
      </w:pPr>
      <w:r>
        <w:t>然后或者是一些其他的用户，你都可以，最主要的是你到最后你拼的是自己的所有的知识库，比如说我们的客户成功部，销售部门，或者是私域，或者是内容营销，我们都把它做成一个知识库，然后一方面是可以让我们人来去调度学习，另外一方面也可以让AI更加精准地知道，如果需要去哪里找去哪里找。从做任务，到做链子，到做系统，那这一个情绪相当于是，做任务是很简单的，就是从0到1，好，信息从哪里来，中间要经过哪些判断，然后最后要交给谁使用，以及使用的结果如何回来。就比如说，一个最小的任务，其实也就相当于是这样的一个路径。那么，你把一两个细小的任务，比如说两个点，那么你是不是重新再连成一条线了，那么连成一条线之后，从练度到过系统，有没有标准输入与异常处理，以及你让AI做的很多的地方，其实还是到最后人工去要审核吧，比如说我即便要给他生成一个好用的画术或者是图片，那最后肯定还是人工去发的吧。那么人工去审核欠减，其实你也可以给他去规划一些标准化，还有有没有版本进步与反馈机制。就是你会发现，你到AI的时代，它就迭代速度非常快，但是，你都不知道你已经积累到第几把，那么如果你觉得你中间再一把就很好了，那么你就可以及时把它封存起来。就是按常常说的一句话，</w:t>
      </w:r>
    </w:p>
    <w:p>
      <w:pPr>
        <w:pStyle w:val="Heading2"/>
        <w:keepNext/>
      </w:pPr>
      <w:r>
        <w:t>012  鹤卿  ·  s919-s964</w:t>
      </w:r>
    </w:p>
    <w:p>
      <w:pPr>
        <w:keepNext/>
        <w:spacing w:after="100"/>
      </w:pPr>
      <w:r>
        <w:rPr>
          <w:rFonts w:ascii="Arial Unicode MS" w:hAnsi="Arial Unicode MS" w:eastAsia="Arial Unicode MS"/>
          <w:color w:val="5F6368"/>
          <w:sz w:val="17"/>
        </w:rPr>
        <w:t>主题：业务建模 / 人机协作 / 知识复用 / 销售成交    用途：案例 / 行动 / 观点    识别置信度：high</w:t>
      </w:r>
    </w:p>
    <w:p>
      <w:pPr>
        <w:spacing w:after="200" w:line="300" w:lineRule="auto"/>
      </w:pPr>
      <w:r>
        <w:t>这其实就是一轮迭代迭代，你到最后留给自己的那个后生者。因为你组织它，比如说我们这一批人是一个最大的公司，你用AI，你也用AI，你也用AI，那么其他人，他有八戒指的一个团队，但是他要培训他的团队，他要去调整他的AI认知，那么这一个是他短期，甚至是很长时间都拿不动的。让你看，什么是我，什么是你。用智能体，好，用网结语，只让AI生成一封开发信，好，吃糖吧。挖个石头来捶鱼，把客户划线了，把判断标准，根据你的动画成交基因，把这个专家的能力给安静地覆盖到这个AI里面来。当然这个AI，因为现在国内的TikTok，动画批评论，你也可以，因为现在我们有好多客户，是政府，甚至是一些比较敏感的一些，他们就不想用国内、国外的。那么随着国内的不断地迭代变化，你不可以把这些给搬到国内。比如说，国外的GDP，它比如说是百万上下，那你就可以给它压缩到十万上下来，然后来让做猫啊，K民啊，再来军民国。还有，知识库这一个可能是反复提及到的，当然知识库也是一个比较重要的，也是一个组织它的一个核心部分。我发现在交付这么多客户的过程中，</w:t>
      </w:r>
    </w:p>
    <w:p>
      <w:pPr>
        <w:pStyle w:val="Heading2"/>
        <w:keepNext/>
      </w:pPr>
      <w:r>
        <w:t>013  姜哥  ·  s2256-s2288</w:t>
      </w:r>
    </w:p>
    <w:p>
      <w:pPr>
        <w:keepNext/>
        <w:spacing w:after="100"/>
      </w:pPr>
      <w:r>
        <w:rPr>
          <w:rFonts w:ascii="Arial Unicode MS" w:hAnsi="Arial Unicode MS" w:eastAsia="Arial Unicode MS"/>
          <w:color w:val="5F6368"/>
          <w:sz w:val="17"/>
        </w:rPr>
        <w:t>主题：机会判断 / 行动方法    用途：方法 / 案例 / 行动 / 观点    识别置信度：high</w:t>
      </w:r>
    </w:p>
    <w:p>
      <w:pPr>
        <w:spacing w:after="200" w:line="300" w:lineRule="auto"/>
      </w:pPr>
      <w:r>
        <w:t>觉得自己要成功了，有什么表达的现象吗?你一成功，很快就不老，状态上有什么不同?你肯定不知累了，有猛猛干嘛?你获得很多的类似于正反馈，要么是心理的，要么是别人认同的。你如果能看到价值，你就有劲儿。你就是在自举动，而不是他举动。机会很重要，我如何发现机会呢?我如何看到机会呢?怎么看到的?机会等于什么?你更有劲儿是吧?你更有动力，你离成功就越近。机会越多，选择越多。你所有的身份啊、认知啊、想法啊，就是究其一生，是让自己有得选。而不是走投无路没的选但是多数人越干越让自己人在选越干越窄越来越窄所以机会看到机会发现机会获得机会怎么能有那么多机会啊机会是怎么来的啊?你不得是看见吗被看见让自己被看见就是被看见你自己等于你自己要有价值你才能被别人看见吧对你是不是还要主动去看呢对主动看你在经济里面能看到我自己在高的位置啊高的位置频率要不要有啊我要在高的自己有价值我要在高的价值的团体里我的频率是不是要高啊同时比如说叫什么严行严行一问严行在干嘛严行说我在兼职那我说你怎么不去做一点有价值的事啊他说我没看见有什么价值的事啊就是没有看到机会那么就是被动的所以高频率高位置高价值频率位置价值除此之外还有啥呀就是交换呢一定要学会交换价值价值是交换出来的交流</w:t>
      </w:r>
    </w:p>
    <w:p>
      <w:pPr>
        <w:pStyle w:val="Heading2"/>
        <w:keepNext/>
      </w:pPr>
      <w:r>
        <w:t>014  姜哥  ·  s2348-s2378</w:t>
      </w:r>
    </w:p>
    <w:p>
      <w:pPr>
        <w:keepNext/>
        <w:spacing w:after="100"/>
      </w:pPr>
      <w:r>
        <w:rPr>
          <w:rFonts w:ascii="Arial Unicode MS" w:hAnsi="Arial Unicode MS" w:eastAsia="Arial Unicode MS"/>
          <w:color w:val="5F6368"/>
          <w:sz w:val="17"/>
        </w:rPr>
        <w:t>主题：机会判断 / 行动方法 / 销售成交    用途：案例 / 行动 / 观点    识别置信度：high</w:t>
      </w:r>
    </w:p>
    <w:p>
      <w:pPr>
        <w:spacing w:after="200" w:line="300" w:lineRule="auto"/>
      </w:pPr>
      <w:r>
        <w:t>是这个逻辑吧。那在这个过程中，我就会发现你们说，我把你们放在这儿，干出结果了，就能有更大的视角，就有更多的机会能看到你们，是不是这是一个全场的机会啊，就这么一件事儿嘛。所以跟聪明人玩具备穿透性视角的人玩你就每一步都能干在别人的心脏上你就能猜懂他想干嘛不是你懂了这个人是你懂人性就如此人性就会为自己的价值价值是吧有人说我就特别甜我能提供情绪价值也OK情绪价值不能变成最终价值的时候呢，情绪价值是最简单的。你得创造最终价值啊。谁都愿意跟你玩，因为跟你玩你能赚钱。那你的是有钱了，是有价值了，朋友多，还是朋友多了有价值啊?有价值。这就叫传动性思想，是你有价值了，朋友才会多。不是说朋友多了才有价值，反向很好。传动性理解了?孙子跟爷爷能理解了?以自己发展为中心能理解了?就是比如说以你的想法确实那个物理化你</w:t>
      </w:r>
    </w:p>
    <w:p>
      <w:pPr>
        <w:pStyle w:val="Heading2"/>
        <w:keepNext/>
      </w:pPr>
      <w:r>
        <w:t>015  姜哥  ·  s1824-s1834</w:t>
      </w:r>
    </w:p>
    <w:p>
      <w:pPr>
        <w:keepNext/>
        <w:spacing w:after="100"/>
      </w:pPr>
      <w:r>
        <w:rPr>
          <w:rFonts w:ascii="Arial Unicode MS" w:hAnsi="Arial Unicode MS" w:eastAsia="Arial Unicode MS"/>
          <w:color w:val="5F6368"/>
          <w:sz w:val="17"/>
        </w:rPr>
        <w:t>主题：业务建模 / 人机协作 / 机会判断 / 行动方法 / 销售成交    用途：方法 / 案例 / 行动 / 观点    识别置信度：high</w:t>
      </w:r>
    </w:p>
    <w:p>
      <w:pPr>
        <w:spacing w:after="200" w:line="300" w:lineRule="auto"/>
      </w:pPr>
      <w:r>
        <w:t>来深圳一共两件事儿一件事儿是来看看长长第二件事儿看看大家看看长长就带你们看一看他们在做什么东西靠什么东西赚钱你们知道一下说赚钱这个东西肯定越有市场趋势我们一满足就来赚一个钱我们会面临一个长期选择跟短期选择所以你们多看看了之后才能有自己的感受第二个呢我们后面可能在深圳文书连会来深圳在来之前应该会有一个两百人到三百人的一个聚会吧对你们提前知道一下希望我们下次聚会的时候你们多拿出一些自己的成果来你不要通过AI搞一点取悦自己的做作品做作图自嗨也行嘛你得融入到业务当中去你才能拿到实际的价值如果你学会了一个东西不能创造价值那就没有意义啊以价值为导向吧我可能会给大家讲几个点吧这点本来是在70加1里也要给大家分享一个呢就叫穿透性你们看事情的时候很多时候都只看一个点我看到了这个结果你透过结果要分析他的目的和动机他想要什么他说了什么他所说的所有话都是为了拿到这个结果的你们会信息扩展看了很多比如说看了十件事但我们看事可能只想看这一件事就是他想要什么然后他的目的就是什么决定了他用什么样拙劣的方法说什么话做什么事，带了谁，拿了什么礼物，所有所有展现利益的东西，你们分析这十个没有意义，要通过这十个分析它的目的性，你才能知道它要做什么。</w:t>
      </w:r>
    </w:p>
    <w:p>
      <w:pPr>
        <w:pStyle w:val="Heading2"/>
        <w:keepNext/>
      </w:pPr>
      <w:r>
        <w:t>016  姜哥  ·  s2436-s2467</w:t>
      </w:r>
    </w:p>
    <w:p>
      <w:pPr>
        <w:keepNext/>
        <w:spacing w:after="100"/>
      </w:pPr>
      <w:r>
        <w:rPr>
          <w:rFonts w:ascii="Arial Unicode MS" w:hAnsi="Arial Unicode MS" w:eastAsia="Arial Unicode MS"/>
          <w:color w:val="5F6368"/>
          <w:sz w:val="17"/>
        </w:rPr>
        <w:t>主题：业务建模 / 人机协作 / 机会判断 / 行动方法 / 销售成交    用途：方法 / 行动 / 观点    识别置信度：high</w:t>
      </w:r>
    </w:p>
    <w:p>
      <w:pPr>
        <w:spacing w:after="200" w:line="300" w:lineRule="auto"/>
      </w:pPr>
      <w:r>
        <w:t>但有钱了之后这个人干的事儿都不是为了爱成就自己啊装个逼啊你不应该满脑子都是以重为实吗我想要赚钱所以我开始了这件事儿杭州现在的主流就是大家全部一人公司了能省则省把成本压得最低然后来赚钱这就是以重为实的视角一个人不赚钱然后再扩张再亏钱他没怎么赚呢又窥探着我，请问它是以终为始吗?那在座的各位明确你们的目标，目的，价值，只做跟它有关的事，这叫以终为始。你就无限接近成功，早晚都能成。今天你干了这个，明天干了那个，看这个好也好，看那个好也好，你是干到很多机会了，请问和下面一件事成吗?你怎么看?说的是你。你接触这么多了，都白干了吗?所谓的就是人是个动态调整的过程你干的事如果放在言行身上有价值吗有因为你没有他有的东西你已经有了很多这个东西了这都是一堆玩具你不得奔着能成事那个角度走吗那同样的一件事放在你身上就有价值这么干就行因为你获得很多经验我个个都在尝试你就只在尝试了你现在不确定能成才行啊还有啥要问的你们有人做咸鱼这个项目吗我没做过你做过你已经覆盖掉了你不是做别的项目已经超过这个了现在无限运动可以回去看一看，怎么获得更多的机会，然后把刚刚说的这个性格整理一下，自己分析分析，想了一下，不懂，就问AI吧。讲了这么多，大家有啥感受啊?像是封闭，</w:t>
      </w:r>
    </w:p>
    <w:p>
      <w:pPr>
        <w:pStyle w:val="Heading2"/>
        <w:keepNext/>
      </w:pPr>
      <w:r>
        <w:t>017  姜哥  ·  s1901-s1920</w:t>
      </w:r>
    </w:p>
    <w:p>
      <w:pPr>
        <w:keepNext/>
        <w:spacing w:after="100"/>
      </w:pPr>
      <w:r>
        <w:rPr>
          <w:rFonts w:ascii="Arial Unicode MS" w:hAnsi="Arial Unicode MS" w:eastAsia="Arial Unicode MS"/>
          <w:color w:val="5F6368"/>
          <w:sz w:val="17"/>
        </w:rPr>
        <w:t>主题：业务建模 / 人机协作 / 机会判断 / 销售成交    用途：方法 / 案例 / 行动 / 观点    识别置信度：high</w:t>
      </w:r>
    </w:p>
    <w:p>
      <w:pPr>
        <w:spacing w:after="200" w:line="300" w:lineRule="auto"/>
      </w:pPr>
      <w:r>
        <w:t>你如果不具备目的性你们见不见过非常多的聪明人什么叫聪明人呢在直播的时候我也会逛很多的直播间发现很多人有非常好的想法请问他在干嘛这个人在直播等于他在干嘛他很牛但是他在直播按时按点的直播直播的粉丝数和时间非常的多但是他牛，请问他在干嘛?他在营业，也就是说他在干活一个特别牛的明星，他在干嘛?他在带货，他在干嘛?本质上是在干嘛?营业，他就是在营业所以他们就是在营业，用这样的方式就能直观的判断他在营业如果他在营业，那一定会有他想要的东西比如他想要礼物，他想要生意，他想要课程，他想要成交那你只要给了他这个东西你跟他就能建立相对应对因为他在营业好吗只要在营业那你见到这么多明星这么多达人你跟谁链接只要你有价值只要他在营业那你跟谁都能链接起来你无法跟他链接就是你无法给他创造价值所以等待猎物的过程中我们会创造更多的机会我善用的方式是让别人来找到我我能帮你做什么然后他来找到我我再说我的故事这里有两个概念第一如果别人来找我和我去找别人请问谁的先手优势更大别人来找你的先手优势更大你去找别人谁的先手优势更大别人的所以你要有价值加你能吸引别人来你能为别人创造价值和信用，那你的信用可能就会越来越大。如果他是一个销售，他去别人公司推销他的项目，</w:t>
      </w:r>
    </w:p>
    <w:p>
      <w:pPr>
        <w:pStyle w:val="Heading2"/>
        <w:keepNext/>
      </w:pPr>
      <w:r>
        <w:t>018  姜哥  ·  s2227-s2255</w:t>
      </w:r>
    </w:p>
    <w:p>
      <w:pPr>
        <w:keepNext/>
        <w:spacing w:after="100"/>
      </w:pPr>
      <w:r>
        <w:rPr>
          <w:rFonts w:ascii="Arial Unicode MS" w:hAnsi="Arial Unicode MS" w:eastAsia="Arial Unicode MS"/>
          <w:color w:val="5F6368"/>
          <w:sz w:val="17"/>
        </w:rPr>
        <w:t>主题：机会判断 / 销售成交    用途：方法 / 案例 / 行动 / 观点    识别置信度：high</w:t>
      </w:r>
    </w:p>
    <w:p>
      <w:pPr>
        <w:spacing w:after="200" w:line="300" w:lineRule="auto"/>
      </w:pPr>
      <w:r>
        <w:t>钱是你想要的吗视角机会视角还有呢能力还有呢人你们最想要的应该是机会现在问机会等于什么你看到了机会你还同样干活你会更有劲还是没有劲你去扫大街给你三千块你觉得很累给你三万块还有没有街我全扫了所以这就是同样一件事看到了价值你的劲就足看不到价值劲就不足牛马它驱动跟牛马自驱动一样没有劲儿，没有劲儿是因为啥?没有看到什么?没有看到机会跟收益，理解了吗?如果想要有劲儿，那我就得看到收获跟收益。如果这些我也没看到，我也没想到，就是按着头让我干活，我怎么感觉?很累没有劲儿越干越差那如果我也看不到我也在这越干越累越干越没有劲儿那老天爷会给你啥呀他会给你沉痛一击缺钱理事家里女朋友说你不行等等等等在外界给你劲儿把你打碎了你不得不了老天爷会比较温柔可能说两到三年你们现在年轻嘛，遇不到什么极大打击的事儿你看很多人，他也没看到这个机会在哪儿但是他还是很有劲儿就是外在打破了他明白吗你不想被打破，也不想他去动，你就怎么样看到，对吧，就是聪明的人看到机会别人认为是垃圾，你看到的是机会所以你就有劲儿，你就有可能把他干成了这就是精神你要成功之前，你如何预想到你可能会成功呢?你怎么感觉到你可能要成功了呢?怎么预想呢?有什么先决条件吗?你在成功之前你会有什么感受?</w:t>
      </w:r>
    </w:p>
    <w:p>
      <w:pPr>
        <w:pStyle w:val="Heading2"/>
        <w:keepNext/>
      </w:pPr>
      <w:r>
        <w:t>019  姜哥  ·  s1874-s1883</w:t>
      </w:r>
    </w:p>
    <w:p>
      <w:pPr>
        <w:keepNext/>
        <w:spacing w:after="100"/>
      </w:pPr>
      <w:r>
        <w:rPr>
          <w:rFonts w:ascii="Arial Unicode MS" w:hAnsi="Arial Unicode MS" w:eastAsia="Arial Unicode MS"/>
          <w:color w:val="5F6368"/>
          <w:sz w:val="17"/>
        </w:rPr>
        <w:t>主题：业务建模 / 机会判断 / 销售成交 / 个人成长    用途：方法 / 行动 / 观点    识别置信度：high</w:t>
      </w:r>
    </w:p>
    <w:p>
      <w:pPr>
        <w:spacing w:after="200" w:line="300" w:lineRule="auto"/>
      </w:pPr>
      <w:r>
        <w:t>价格越贵，合作的可能性越多，就是让老板拼UB，就是拼UB。他越吹牛逼他付出的代价就越大以往的情况就是你跟老板聊天聊完天之后给他输出一个应该的成长然后让他填写一下你还有什么需求你做了这个动作和不做这个动作跟他谈判合作价格的时候让他吹的牛逼越多你的收益就越多这个能理解吗各位那如果说你比他差呢那怎么办呢大哥说大使啊能跟你合作是我的荣幸我先获得合作的机会那这里问题来了说为什么你是强者的时候要多赚钱弱者的时候要获得合作机会呢弱者是没有谈判筹码的呀你并没有谈判筹码你获得了这个机会你才能变成这一拨你一谈要求那就没了所以好命的人就是说行行行好好好可以可以这就叫对自我的凝固性你现在很弱了你得到任何东西都是输赢因为你没有办法在单位时间成本下创造更大的价值那你能用就行了总比控着强吧控着相当于什么呢什么叫控着呢到达一个年纪了到达一个年龄了你不去谈恋爱就是控着你现在在上学不想做一些别的业务那也叫后悔就是我如何在单位时间成本下然后获得最大的收益</w:t>
      </w:r>
    </w:p>
    <w:p>
      <w:pPr>
        <w:pStyle w:val="Heading2"/>
        <w:keepNext/>
      </w:pPr>
      <w:r>
        <w:t>020  姜哥  ·  s2070-s2111</w:t>
      </w:r>
    </w:p>
    <w:p>
      <w:pPr>
        <w:keepNext/>
        <w:spacing w:after="100"/>
      </w:pPr>
      <w:r>
        <w:rPr>
          <w:rFonts w:ascii="Arial Unicode MS" w:hAnsi="Arial Unicode MS" w:eastAsia="Arial Unicode MS"/>
          <w:color w:val="5F6368"/>
          <w:sz w:val="17"/>
        </w:rPr>
        <w:t>主题：业务建模 / 行动方法 / 销售成交    用途：行动 / 观点    识别置信度：high</w:t>
      </w:r>
    </w:p>
    <w:p>
      <w:pPr>
        <w:spacing w:after="200" w:line="300" w:lineRule="auto"/>
      </w:pPr>
      <w:r>
        <w:t>我探究他的需求，我才能得到结果。我证明我的价值会有意义，懂了吗?你得让他觉得我有价值有意义，这就是说为什么让老板推牛逼，让老板写一堆问题证单，就是他说的越多，我的价值越高。他本质上让老板自己觉得自己有价值，让他觉得他这个东西非常宏伟，非常壮观，非常屌，他才能付更多的钱，懂了吗?你说这个好，这个好，这个好，这个好，他才觉得你很懂，他才给你付更多钱。你总跟人抬杠总跟人抬杠你老板愿意把钱给一个抬杠的人吗然后老板跟你说了一句话你听不懂就记下来你也不要一堆的反驳一堆的听不懂那你就命中不了所以你的价值就被稀释掉了这就是同样做事的时候听听的价值和说的价值一个有能力的人，这个能力往往大家说干活能力比较强，他就容易比较呆，干活能力强就比较呆。你拼到了，老板说了10，你弟弟们是不是拼了，然后你是不是干了，老板说10你只能干到1，因为你只拼到了5，理解?你多练习一下听懂和看懂事的能力，那你可以干的少，但老板觉得你干的多。人家说你大了习，那不就等于更没有价值了吗?所以解析力很重要，这就是你要多去洞察一下，前面说的看人看事，就是你洞察别人说的东西，尽可能接收更多信息。</w:t>
      </w:r>
    </w:p>
    <w:p>
      <w:pPr>
        <w:pStyle w:val="Heading2"/>
        <w:keepNext/>
      </w:pPr>
      <w:r>
        <w:t>021  姜哥  ·  s2312-s2347</w:t>
      </w:r>
    </w:p>
    <w:p>
      <w:pPr>
        <w:keepNext/>
        <w:spacing w:after="100"/>
      </w:pPr>
      <w:r>
        <w:rPr>
          <w:rFonts w:ascii="Arial Unicode MS" w:hAnsi="Arial Unicode MS" w:eastAsia="Arial Unicode MS"/>
          <w:color w:val="5F6368"/>
          <w:sz w:val="17"/>
        </w:rPr>
        <w:t>主题：业务建模 / 机会判断 / 销售成交    用途：案例 / 行动    识别置信度：high</w:t>
      </w:r>
    </w:p>
    <w:p>
      <w:pPr>
        <w:spacing w:after="200" w:line="300" w:lineRule="auto"/>
      </w:pPr>
      <w:r>
        <w:t>摆在眼前的机会是陷阱啊你不具备穿透性视角比如这大哥干的什么月老有机会了机会很大让你看到机会目的是什么收钱嘛理解了吧就是讲故事把机会放大嘛所有在你兜售机会的人都是想把机会卖给你明白那你具备穿透性视角就知道你跟我说这么多干嘛呢比如我今天站在这跟你们说这么多我想干嘛你们知道我想干嘛才能听得懂我要干啥你要不然说他好像在讲点有用的东西那有个屁用啊那不就极度被动了吗你是基于你的视角在吸收一头牛也听我在这讲那牛就觉得他在干什么那你们可能有人觉得讲的好，有人觉得讲的不好。你要具备穿透性，即我站在这里，我在干什么，我有什么目的性，然后再听我的讲座。目的性是什么呀?我站在这儿，我的目的性是啥?想一想，那你不能说这人他都站在这儿了，你不懂他在干嘛，那你能不能预判我接下来要说什么，不能。所有人说的话，就是说的这些话，干的这些事儿，都服务他的一个目的性。我的目的性就是挖掘深圳的人才，后面来深圳，看一看你们有什么项目，让你们好了，未来我项目的人才会更多一点。是这个逻辑吧，来到全场上这儿，他有什么想要用的廉价能看的买的也能用，我觉得是这两个。那你们想要获得更多的机会，更多的关注，就是我多去沟通，我是谁，我做啥的，你有什么需要，我能给你做什么，</w:t>
      </w:r>
    </w:p>
    <w:p>
      <w:pPr>
        <w:pStyle w:val="Heading2"/>
        <w:keepNext/>
      </w:pPr>
      <w:r>
        <w:t>022  姜哥  ·  s1921-s1955</w:t>
      </w:r>
    </w:p>
    <w:p>
      <w:pPr>
        <w:keepNext/>
        <w:spacing w:after="100"/>
      </w:pPr>
      <w:r>
        <w:rPr>
          <w:rFonts w:ascii="Arial Unicode MS" w:hAnsi="Arial Unicode MS" w:eastAsia="Arial Unicode MS"/>
          <w:color w:val="5F6368"/>
          <w:sz w:val="17"/>
        </w:rPr>
        <w:t>主题：业务建模 / 人机协作 / 机会判断 / 行动方法    用途：方法 / 案例 / 行动 / 观点    识别置信度：high</w:t>
      </w:r>
    </w:p>
    <w:p>
      <w:pPr>
        <w:spacing w:after="200" w:line="300" w:lineRule="auto"/>
      </w:pPr>
      <w:r>
        <w:t>他有可能开不开这个门，你理解吗?或者没给你几分钟就走了。如果这个人来参加他的特产，那他再推销项目，成功率是不是就更高了?他不是几倍的提升吗?是不是很多很多倍的提升啊?就是创造机会。那你如果在等待利用过程中呢，你可能会修你的工具属性。就是你能具备更多的工具，然后你有更牛逼的身份，你有更多的作品，你有更多的关系，然后你有更多的判断。也就是说，当你在成功之前，其实你要完善自己的工具、身份、作品、关系和判断，这样你才能获得更大成功的可能性。理解吗，各位?下一个我们讲杠杆与规律什么叫杠杆与规律呢就是过程和结果的关系还有就是全局视角你做一件什么样的事能把你的杠杆做上去大家都是做一得一你做的相当于做的多得的少你怎么能放大自己的杠杆呢大家想过这个问题吗我怎么能让我的收益更大收益更大分两个一个叫过程一个叫结果我怎么把中间的范围做到更大呢N个过程或者N加1个过程或者10个过程换来一个结果没关系请问怎么能够把收益做到更大怎么做多次重复多次重复那效率低啊AI或者是程序我的想法是这样，比如我有一个想法，我和你交流，和你交流，和你交流，你们给我意见。我跟你交流的时候，比如我同样一本书，我会问你有什么意见，你有什么意见，你有什么意见，你提了意见。</w:t>
      </w:r>
    </w:p>
    <w:p>
      <w:pPr>
        <w:pStyle w:val="Heading2"/>
        <w:keepNext/>
      </w:pPr>
      <w:r>
        <w:t>023  姜哥  ·  s1884-s1888</w:t>
      </w:r>
    </w:p>
    <w:p>
      <w:pPr>
        <w:keepNext/>
        <w:spacing w:after="100"/>
      </w:pPr>
      <w:r>
        <w:rPr>
          <w:rFonts w:ascii="Arial Unicode MS" w:hAnsi="Arial Unicode MS" w:eastAsia="Arial Unicode MS"/>
          <w:color w:val="5F6368"/>
          <w:sz w:val="17"/>
        </w:rPr>
        <w:t>主题：机会判断 / 行动方法 / 销售成交    用途：方法 / 案例 / 行动 / 观点    识别置信度：high</w:t>
      </w:r>
    </w:p>
    <w:p>
      <w:pPr>
        <w:spacing w:after="200" w:line="300" w:lineRule="auto"/>
      </w:pPr>
      <w:r>
        <w:t>人没有动力是什么你知道人为什么没有动力吗就是我不知道我能得到什么所以我没有动力当我看到足够大的收益的时候我就会有动力所以如果你们没动力就会思考一下说我能有什么收益我要赋予这件事的价值有的人同样干活怎么死心沉沉你工作也好创业也好一看他就可能成功不了你但凡一个能成功的这个信息都很足有人说这个人很傻没有傻子只有他看到了价值所以他才有劲你看不到价值就没有劲就这么简单第三个是什么呢说这个快进快出快进快出快进快出说的什么呢在这个打德州的时候会有一个叫喜马什么意思呢假设德州要怎么赚钱我先放一个50的筹码所有人比如这五个人都要放50但是它有不同的出牌的位置我在小忙的时候可以再出到50那你已经放了50了有了沉默成本了你可以有两个选择一是弃牌二是再跟进如果你跟进你就要再付出这50如果你不跟进这50就被削掉了理解了吗这个叫洗码你的马就被洗掉了往往很多台地墙的时候都会出一个大的成本然后把你给挤掉这个叫快中快无我们会浪费很多很多的时间都处在一个无用功且消耗的状态如果这个事我不能收到最终的成功或者拿到结果那你付出的时间就都被洗马洗掉了这就是我说大部分人其实都会浪费十年时间大部分人都是这样都会浪费十年时间</w:t>
      </w:r>
    </w:p>
    <w:p>
      <w:pPr>
        <w:pStyle w:val="Heading2"/>
        <w:keepNext/>
      </w:pPr>
      <w:r>
        <w:t>024  姜哥  ·  s2033-s2069</w:t>
      </w:r>
    </w:p>
    <w:p>
      <w:pPr>
        <w:keepNext/>
        <w:spacing w:after="100"/>
      </w:pPr>
      <w:r>
        <w:rPr>
          <w:rFonts w:ascii="Arial Unicode MS" w:hAnsi="Arial Unicode MS" w:eastAsia="Arial Unicode MS"/>
          <w:color w:val="5F6368"/>
          <w:sz w:val="17"/>
        </w:rPr>
        <w:t>主题：人机协作 / 销售成交    用途：行动 / 观点    识别置信度：high</w:t>
      </w:r>
    </w:p>
    <w:p>
      <w:pPr>
        <w:spacing w:after="200" w:line="300" w:lineRule="auto"/>
      </w:pPr>
      <w:r>
        <w:t>你对同样的十件事，感情和十件事事业，哪个东西对你的感受度更多呢?就是你能收到的更多。十个感情你能感受到多少呢?十个事业你能感受到多少呢?就工作中有十个痛疾，感情中有十个痛疾，哪个让你的印象更深刻?感情，理解了吗各位?因为工作会有一百，它会让你麻木啊。然后感觉因为你痛急他就提醒你所以你收到的信息的频率是不一样的在这个过程中你一旦付出的多了就属于被抓住了事业中你们有没有见过干活多还是痛苦的有见过吗请问干活多为什么痛苦委屈我干的多所以我痛苦还有吗我干十件事才能证明我的价值和有人干一件事能证明价值老板的小三只干一件事给老板提供全剧服务他就得到比你更多的钱你说这个人啥啥啥啥都不如我但他得到的比我多请问他的价值比我高比我低做的少得的多你做的多得的少是不是由价值来判断的?那谁来决定价值呢?是不是给钱这个人决定价值啊?你干的多，你是不是证明自己的自证啊?你证明你自己干的多，他会觉得吗?那谁来决策?他来决策，所以你要做他觉得你做得多，所以你才做得多。你给自己证明自己干的多，有意义没意义啊?没有意义，而且你还委屈，懂了吗?这就是一个叫什么呢?说你在解码，你在解谁呢?解老板，我呢就是解市场，或者叫我也解老板，我得让市场跟老板认可我的价值，</w:t>
      </w:r>
    </w:p>
    <w:p>
      <w:pPr>
        <w:pStyle w:val="Heading2"/>
        <w:keepNext/>
      </w:pPr>
      <w:r>
        <w:t>025  陈厂长  ·  s2544-s2563</w:t>
      </w:r>
    </w:p>
    <w:p>
      <w:pPr>
        <w:keepNext/>
        <w:spacing w:after="100"/>
      </w:pPr>
      <w:r>
        <w:rPr>
          <w:rFonts w:ascii="Arial Unicode MS" w:hAnsi="Arial Unicode MS" w:eastAsia="Arial Unicode MS"/>
          <w:color w:val="5F6368"/>
          <w:sz w:val="17"/>
        </w:rPr>
        <w:t>主题：业务建模 / 人机协作 / 机会判断 / 销售成交    用途：行动 / 观点    识别置信度：high</w:t>
      </w:r>
    </w:p>
    <w:p>
      <w:pPr>
        <w:spacing w:after="200" w:line="300" w:lineRule="auto"/>
      </w:pPr>
      <w:r>
        <w:t>反正我们看到的情况跟市场主流的声音不一样但是不得不吹着牛皮就是目前我们可能是市场上最赚钱的那帮人所以我们看到了一个跟市场完全相反的结论大家认为AI让基础变得廉价和普通，所以机会在基础上。而我们认为正因为AI把基础变得廉价和普通，所以机会就在基础上。能听懂吗?对，就是像那句话，就是如果这事你两个月你都能学会，你凭啥认为别人两个月就学会?对吧?那么你凭啥认为这个事可以成为你的竞争壁垒?这是一件多可怕的事?你居然靠着一个两个月就能学会的东西，试图让它做一个机会。所以真正的事情是在实际的业务当中，复杂性，才能呈現才能顯現出來所以一個組織的運行內部的關係是複雜的AI不管怎麼樣是一個生產力的東西所以目前為止看它至少不可能說你拿個AI去做個什麼做個做個做個做個做個遊戲啊或者什麼的這可能現在還不是它的核心的產值就算是做遊戲也是利用它的寫代碼的能力去做個遊戲的對吧所以本質上它還是生產力那生產力它就一定是應用於你上過政治課吧生產力上面還有一個東西叫什麼所以在这一波机会里面，其实我认为所有的机会都来自于生产关系的改变，这是一个非常非常反直觉的事，就是文科政治和哲学可能会比计算机科学要重要很多倍，就是知道一点点计算机基础就行了，因为你学得再好，</w:t>
      </w:r>
    </w:p>
    <w:p>
      <w:pPr>
        <w:pStyle w:val="Heading2"/>
        <w:keepNext/>
      </w:pPr>
      <w:r>
        <w:t>026  陈厂长  ·  s2912-s2941</w:t>
      </w:r>
    </w:p>
    <w:p>
      <w:pPr>
        <w:keepNext/>
        <w:spacing w:after="100"/>
      </w:pPr>
      <w:r>
        <w:rPr>
          <w:rFonts w:ascii="Arial Unicode MS" w:hAnsi="Arial Unicode MS" w:eastAsia="Arial Unicode MS"/>
          <w:color w:val="5F6368"/>
          <w:sz w:val="17"/>
        </w:rPr>
        <w:t>主题：人机协作 / 机会判断 / 销售成交    用途：方法 / 行动 / 观点    识别置信度：high</w:t>
      </w:r>
    </w:p>
    <w:p>
      <w:pPr>
        <w:spacing w:after="200" w:line="300" w:lineRule="auto"/>
      </w:pPr>
      <w:r>
        <w:t>我把它给你翻译一下这些人怎么能够找到很多机会就挣钱没有就是挣五千你就有五千的消费水平五千的消费水平就会让你站在五千的那个段位上挣两万你就有两万的消费水平你会站在两万的那个段位上然后随着你挣的钱开始变多你的形象就会被改造你莫名其妙的不是别的原因可能你现在长得也是清秀的但是我感觉我觉得我给你一千块钱你也不接受因为你看着就是我给你一千块钱你会接受的样子但是换个人你看着你对我觉得怎么不行跟他朋友抱着一架后面自己给他抱个两万因为这个更难接受所以人开始要换形象换形象之后才能换圈子所以只要前置位支撑支撑这换圈子换形象前置位的支撑会卖，会销售，会卖，会流量，有流量，有销售能力，对吧?产品能力其实在这里面是一个不那么稀缺的东西，不那么稀缺，不那么稀缺，反正那个，所以如果说，我刚刚跟那个，那个，跟哥聊了一下那个，他说他想做那个OPC嘛，对，反正我的感知是，是，大家产生一个误觉，好像学会用AI做东西就能做OPC，我认为好的OPC首先得是超级销售，不然你怎么公司就你一个人，你又不会map，你产品做得再好你都饿死了，是不是这个逻辑?所以OPC的第一核心能力是什么能力?卖的能力，对啊，卖的能力，别的都扯淡了你说，卖的能力是整个OPC能力最高的能力。</w:t>
      </w:r>
    </w:p>
    <w:p>
      <w:pPr>
        <w:pStyle w:val="Heading2"/>
        <w:keepNext/>
      </w:pPr>
      <w:r>
        <w:t>027  陈厂长  ·  s1646-s1669</w:t>
      </w:r>
    </w:p>
    <w:p>
      <w:pPr>
        <w:keepNext/>
        <w:spacing w:after="100"/>
      </w:pPr>
      <w:r>
        <w:rPr>
          <w:rFonts w:ascii="Arial Unicode MS" w:hAnsi="Arial Unicode MS" w:eastAsia="Arial Unicode MS"/>
          <w:color w:val="5F6368"/>
          <w:sz w:val="17"/>
        </w:rPr>
        <w:t>主题：业务建模 / 人机协作 / 知识复用 / 销售成交    用途：方法 / 案例 / 行动    识别置信度：high</w:t>
      </w:r>
    </w:p>
    <w:p>
      <w:pPr>
        <w:spacing w:after="200" w:line="300" w:lineRule="auto"/>
      </w:pPr>
      <w:r>
        <w:t>了很多细节的问题。比如说他们现在有很多方面，比如说有让我出VIP客户，然后他们有自己的直播切片想要出视频，然后也有获客做网站，然后什么大知识库，然后内容生产，然后以及他老板的个人的IP表达，就是分为好多支线，那他们这么多需求，就是怎么去判断优先级是肯定我让的吧?拿着喝，你别喝那两瓶。就是那天记者是让老板来看的，那我该怎么去找他?我可不可以先帮他去做第一事，就是以老板的看法为准，还是说以他的程度?哪些程度?你先给自己建立一个正常的闭门。也让对方学习看到我们。</w:t>
      </w:r>
    </w:p>
    <w:p>
      <w:pPr>
        <w:pStyle w:val="Heading2"/>
        <w:keepNext/>
      </w:pPr>
      <w:r>
        <w:t>028  陈厂长  ·  s2782-s2822</w:t>
      </w:r>
    </w:p>
    <w:p>
      <w:pPr>
        <w:keepNext/>
        <w:spacing w:after="100"/>
      </w:pPr>
      <w:r>
        <w:rPr>
          <w:rFonts w:ascii="Arial Unicode MS" w:hAnsi="Arial Unicode MS" w:eastAsia="Arial Unicode MS"/>
          <w:color w:val="5F6368"/>
          <w:sz w:val="17"/>
        </w:rPr>
        <w:t>主题：人机协作 / 机会判断 / 销售成交    用途：案例 / 行动    识别置信度：high</w:t>
      </w:r>
    </w:p>
    <w:p>
      <w:pPr>
        <w:spacing w:after="200" w:line="300" w:lineRule="auto"/>
      </w:pPr>
      <w:r>
        <w:t>判断你是多少分，而你会发现你的分数越高，你向社会解释你分数高这件事的难度就越大，除非你考到满分，考到满分的时候你自然而然就是，对吧，你就是在OpenAI了，你不用解释了，那你除非考满分，就太过异常，如果你的分数在正常制度范围内，但是你越往高幅度走，其实你解释成本越高，其实反而你60分的话，社会大众对你的感知会更清晰，因为知道你大概在什么地方，所以最后，就是60分的能力的人跟40分的人对话，和90分的人跟40分的人对话，哪个人更容易对话?你们当过学渣的就知道，学霸跟学渣是有生俱得利的，说不了话的，学霸跟学渣无法对话，你要真90分，我跟你说，40分的人都不知道你在说什么，但你60分的时候刚刚好，40分的人都前头听不懂你在说什么。而社会上的人，在AI这个位置上，社会上的人是四分之多还是六分之多，还是九分之多?四分的老百姓最多，所以能力越高往往意味着所以我们公司的销售还包括我们公司，其实我们公司有很多正经的研发，就是人工智能措施这方面，但是其实你会发现我们的客户最讨厌的</w:t>
      </w:r>
    </w:p>
    <w:p>
      <w:pPr>
        <w:pStyle w:val="Heading2"/>
        <w:keepNext/>
      </w:pPr>
      <w:r>
        <w:t>029  陈厂长  ·  s1564-s1580</w:t>
      </w:r>
    </w:p>
    <w:p>
      <w:pPr>
        <w:keepNext/>
        <w:spacing w:after="100"/>
      </w:pPr>
      <w:r>
        <w:rPr>
          <w:rFonts w:ascii="Arial Unicode MS" w:hAnsi="Arial Unicode MS" w:eastAsia="Arial Unicode MS"/>
          <w:color w:val="5F6368"/>
          <w:sz w:val="17"/>
        </w:rPr>
        <w:t>主题：业务建模 / 人机协作    用途：方法    识别置信度：high</w:t>
      </w:r>
    </w:p>
    <w:p>
      <w:pPr>
        <w:spacing w:after="200" w:line="300" w:lineRule="auto"/>
      </w:pPr>
      <w:r>
        <w:t>的跟个人对接，然后我就跟企业对接的合作在谈。现在我是直接能跟他们老板去对接，但是现在问题就是，他们老板的业务肯定是最亲切的，老板肯定是最熟悉业务的，技术我也熟悉，但是我技术怎么结合业务我不清楚，然后他业务怎么结合AI他也没有那么清楚。所以我们两个相当于是从两边分别往对方过渡的中间这个桥梁很不清晰，然后在这个过程中怎么去至少我获得他全面清晰，这是基本，这样就有足够传达的问题。那该怎么去跟他聊能够让他尽可能清楚，而且还把他们的</w:t>
      </w:r>
    </w:p>
    <w:p>
      <w:pPr>
        <w:pStyle w:val="Heading2"/>
        <w:keepNext/>
      </w:pPr>
      <w:r>
        <w:t>030  陈厂长  ·  s3078-s3090</w:t>
      </w:r>
    </w:p>
    <w:p>
      <w:pPr>
        <w:keepNext/>
        <w:spacing w:after="100"/>
      </w:pPr>
      <w:r>
        <w:rPr>
          <w:rFonts w:ascii="Arial Unicode MS" w:hAnsi="Arial Unicode MS" w:eastAsia="Arial Unicode MS"/>
          <w:color w:val="5F6368"/>
          <w:sz w:val="17"/>
        </w:rPr>
        <w:t>主题：行动方法 / 个人成长    用途：行动    识别置信度：high</w:t>
      </w:r>
    </w:p>
    <w:p>
      <w:pPr>
        <w:spacing w:after="200" w:line="300" w:lineRule="auto"/>
      </w:pPr>
      <w:r>
        <w:t>那不用那人家算算挣三五百万的时候再去租整个三五十万就赶紧去家回来租其他没问题非常好其他的都具体行动，我说没行动的就行动滚，等我能说啥还没开始行动的就行动滚干些啥呗，嘟嗓闭眼坐下，这事儿都练嘛，事儿上练想没有用的，听的通常都是瞎话，瞎话听个屁用的都这么焦虑人的焦虑跟迷茫就是因为干的太少看你现在目标有没有明确，你每天就给自己祈祷早上出一遍，我要收留自己一万中午就决定我要收留自己一万晚上出来我要收留自己一万我跟你说一星期内你一定能想到等会儿晚上我吃个饭</w:t>
      </w:r>
    </w:p>
    <w:p>
      <w:pPr>
        <w:pStyle w:val="Heading2"/>
        <w:keepNext/>
      </w:pPr>
      <w:r>
        <w:t>031  陈厂长  ·  s1736-s1760</w:t>
      </w:r>
    </w:p>
    <w:p>
      <w:pPr>
        <w:keepNext/>
        <w:spacing w:after="100"/>
      </w:pPr>
      <w:r>
        <w:rPr>
          <w:rFonts w:ascii="Arial Unicode MS" w:hAnsi="Arial Unicode MS" w:eastAsia="Arial Unicode MS"/>
          <w:color w:val="5F6368"/>
          <w:sz w:val="17"/>
        </w:rPr>
        <w:t>主题：业务建模 / 知识复用 / 销售成交    用途：行动 / 观点    识别置信度：high</w:t>
      </w:r>
    </w:p>
    <w:p>
      <w:pPr>
        <w:spacing w:after="200" w:line="300" w:lineRule="auto"/>
      </w:pPr>
      <w:r>
        <w:t>企业FDE的话，一般的企业报价就是一百万起码，一百万，一百五十万。邏輯很簡單，我是不想讓他真的願意交錢。他真敢簽，那當然也挺好的。真敢簽，150萬拿了，咱們就解決問題。但不敢簽的話，突然就會顯得賠保的，性價比很高。人心138萬，才給我開發一個系統。你賠保一整年，我自己學會開發，才13萬。還是13萬吧。我们其实是反向的要逼他来主动选择这个配套的标准化业务这样的话其实交付成本是最轻的并不是想去做太多这种真的大的订单因为我们报过一千万也报过四千万就是规模越大报的越多最后读你一句话的时候你要不你先别整那么复杂先签个十三万吧先把这个钱给付了这样就很好聊你知道吗前面你报四千万别人都吓得吓死我操什么东西然后十三万就显得好两斤啊都是实验室的</w:t>
      </w:r>
    </w:p>
    <w:p>
      <w:pPr>
        <w:pStyle w:val="Heading2"/>
        <w:keepNext/>
      </w:pPr>
      <w:r>
        <w:t>032  陈厂长  ·  s3042-s3052</w:t>
      </w:r>
    </w:p>
    <w:p>
      <w:pPr>
        <w:keepNext/>
        <w:spacing w:after="100"/>
      </w:pPr>
      <w:r>
        <w:rPr>
          <w:rFonts w:ascii="Arial Unicode MS" w:hAnsi="Arial Unicode MS" w:eastAsia="Arial Unicode MS"/>
          <w:color w:val="5F6368"/>
          <w:sz w:val="17"/>
        </w:rPr>
        <w:t>主题：行动方法 / 销售成交 / 个人成长    用途：案例 / 行动 / 观点    识别置信度：medium</w:t>
      </w:r>
    </w:p>
    <w:p>
      <w:pPr>
        <w:spacing w:after="200" w:line="300" w:lineRule="auto"/>
      </w:pPr>
      <w:r>
        <w:t>同样的方案，从一个人，看你的人就会变，这是最简单的，没了，剩下的就是，剩下的人都还没开始启动是吧?OPC也好谁还没启动?你启动了吗?上班也是一个很重要的一个成长目标上班一样，上班同事也是上班也是尽量靠近跟客户有关的到尽量靠近跟市场有关</w:t>
      </w:r>
    </w:p>
    <w:p>
      <w:pPr>
        <w:pStyle w:val="Heading2"/>
        <w:keepNext/>
      </w:pPr>
      <w:r>
        <w:t>033  陈厂长  ·  s2979-s2995</w:t>
      </w:r>
    </w:p>
    <w:p>
      <w:pPr>
        <w:keepNext/>
        <w:spacing w:after="100"/>
      </w:pPr>
      <w:r>
        <w:rPr>
          <w:rFonts w:ascii="Arial Unicode MS" w:hAnsi="Arial Unicode MS" w:eastAsia="Arial Unicode MS"/>
          <w:color w:val="5F6368"/>
          <w:sz w:val="17"/>
        </w:rPr>
        <w:t>主题：知识复用 / 机会判断 / 销售成交    用途：观点    识别置信度：medium</w:t>
      </w:r>
    </w:p>
    <w:p>
      <w:pPr>
        <w:spacing w:after="200" w:line="300" w:lineRule="auto"/>
      </w:pPr>
      <w:r>
        <w:t>吧。能卖出去，你觉得有机会干东西，你已经闭环了。流量、卖、产品，是不是闭环了吗?你甭管啥，你闭环了吗?一万的闭环也是闭环嘛，对吧?实在不行，吃点苦，努力把力，熬过点夜，把这一万的工作重复一百遍，你就一百万了。这不挺好吗?这就是OPC的标准形态脱离这个不诚意的你也有流量是吧?</w:t>
      </w:r>
    </w:p>
    <w:p>
      <w:pPr>
        <w:pStyle w:val="Heading2"/>
        <w:keepNext/>
      </w:pPr>
      <w:r>
        <w:t>034  陈厂长  ·  s1811-s1811</w:t>
      </w:r>
    </w:p>
    <w:p>
      <w:pPr>
        <w:keepNext/>
        <w:spacing w:after="100"/>
      </w:pPr>
      <w:r>
        <w:rPr>
          <w:rFonts w:ascii="Arial Unicode MS" w:hAnsi="Arial Unicode MS" w:eastAsia="Arial Unicode MS"/>
          <w:color w:val="5F6368"/>
          <w:sz w:val="17"/>
        </w:rPr>
        <w:t>主题：业务建模 / 行动方法    用途：方法 / 行动    识别置信度：high</w:t>
      </w:r>
    </w:p>
    <w:p>
      <w:pPr>
        <w:spacing w:after="200" w:line="300" w:lineRule="auto"/>
      </w:pPr>
      <w:r>
        <w:t>接收到数据的信息之后开始进入分析分析完之后再通过MCP往前推然后推完之后又会接受到老板的反馈或者是领导的反馈然后这个时候批注然后这个时候又会有一些方案意见开始介入然后再接管把这个流程继续往下推在这个过程中每一个环节又需要一组专门用来监听的一些人确保这个数据在这个链路过程中没有出现断档然后如果出现断档会在额外的标注出来您给大家看一下我们做的CU加上UDP你有地址吗</w:t>
      </w:r>
    </w:p>
    <w:p>
      <w:pPr>
        <w:pStyle w:val="Heading2"/>
        <w:keepNext/>
      </w:pPr>
      <w:r>
        <w:t>035  陈厂长  ·  s3093-s3094</w:t>
      </w:r>
    </w:p>
    <w:p>
      <w:pPr>
        <w:keepNext/>
        <w:spacing w:after="100"/>
      </w:pPr>
      <w:r>
        <w:rPr>
          <w:rFonts w:ascii="Arial Unicode MS" w:hAnsi="Arial Unicode MS" w:eastAsia="Arial Unicode MS"/>
          <w:color w:val="5F6368"/>
          <w:sz w:val="17"/>
        </w:rPr>
        <w:t>主题：业务建模 / 机会判断    用途：行动    识别置信度：medium</w:t>
      </w:r>
    </w:p>
    <w:p>
      <w:pPr>
        <w:spacing w:after="200" w:line="300" w:lineRule="auto"/>
      </w:pPr>
      <w:r>
        <w:t>也不见得我们这个基地就是专门用来培养人的因为我们自己办公室不在这儿这是我专门用来类似于舒适林的那个在杭州那种不一样的我个人用来放一些IP的放一些业务或者放一些多次项目的地方然后自己不辞职然后是在地方管理我们这边就是如果有一些你们需要线下的需要一些反正严重散场了</w:t>
      </w:r>
    </w:p>
    <w:p>
      <w:pPr>
        <w:pStyle w:val="Heading2"/>
        <w:keepNext/>
      </w:pPr>
      <w:r>
        <w:t>036  陈厂长  ·  s1791-s1810</w:t>
      </w:r>
    </w:p>
    <w:p>
      <w:pPr>
        <w:keepNext/>
        <w:spacing w:after="100"/>
      </w:pPr>
      <w:r>
        <w:rPr>
          <w:rFonts w:ascii="Arial Unicode MS" w:hAnsi="Arial Unicode MS" w:eastAsia="Arial Unicode MS"/>
          <w:color w:val="5F6368"/>
          <w:sz w:val="17"/>
        </w:rPr>
        <w:t>主题：机会判断    用途：案例 / 行动 / 观点    识别置信度：high</w:t>
      </w:r>
    </w:p>
    <w:p>
      <w:pPr>
        <w:spacing w:after="200" w:line="300" w:lineRule="auto"/>
      </w:pPr>
      <w:r>
        <w:t>的那种大成牛不是不是其实诚哥这个AR改造这个事真要做的话复杂端一个部门有N个岗位，每个岗位有多少个操作对象，操作对象产生哪些数据，数据又是互相之间的依赖关系是什么，依赖哪些数据产生哪些数据，数据的格式是什么，你用什么样的数据库选择花旗银数据库，还是选择香港数据库，还是选择纯区块链的方式，账本机制去做记账，它又是不同的选择，然后不同的选择又涉及到不同的读取和分析策略，然后它这些数据的自动分流和存储，然后后置位的校验等等，这些东西其实是很复杂的，就是正儿八经去做这个事的时候，它就是复杂性非常高的，比如说像你做的那个POS，比如說我們其實我們銷售每一天的每一個電話都會被分析嘛那其實它就是一堆活躍在銷售的電腦上的agent在活躍嘛但是那些agent的任務是叫採集那我們需要另外一個agent來監控這些agent看他們有沒有準時採集然後那個agent採集了之後只是會把事實給推給數據庫和這個知識庫那又會有一批專門用來做分析的agent會在</w:t>
      </w:r>
    </w:p>
    <w:p>
      <w:r>
        <w:br w:type="page"/>
      </w:r>
    </w:p>
    <w:p>
      <w:pPr>
        <w:pStyle w:val="Heading1"/>
      </w:pPr>
      <w:r>
        <w:t>鹤卿语料库</w:t>
      </w:r>
    </w:p>
    <w:p>
      <w:pPr>
        <w:spacing w:after="240"/>
      </w:pPr>
      <w:r>
        <w:rPr>
          <w:rFonts w:ascii="Arial Unicode MS" w:hAnsi="Arial Unicode MS" w:eastAsia="Arial Unicode MS"/>
          <w:color w:val="5F6368"/>
          <w:sz w:val="21"/>
        </w:rPr>
        <w:t>AI落地、交付、业务建模与知识复用  |  61 条记录</w:t>
      </w:r>
    </w:p>
    <w:p>
      <w:pPr>
        <w:pStyle w:val="Heading2"/>
        <w:keepNext/>
      </w:pPr>
      <w:r>
        <w:t>001  鹤卿  ·  s1-s36</w:t>
      </w:r>
    </w:p>
    <w:p>
      <w:pPr>
        <w:keepNext/>
        <w:spacing w:after="100"/>
      </w:pPr>
      <w:r>
        <w:rPr>
          <w:rFonts w:ascii="Arial Unicode MS" w:hAnsi="Arial Unicode MS" w:eastAsia="Arial Unicode MS"/>
          <w:color w:val="5F6368"/>
          <w:sz w:val="17"/>
        </w:rPr>
        <w:t>主题：业务建模 / 人机协作 / 销售成交 / 个人成长    用途：案例 / 行动 / 观点    识别置信度：high</w:t>
      </w:r>
    </w:p>
    <w:p>
      <w:pPr>
        <w:spacing w:after="200" w:line="300" w:lineRule="auto"/>
      </w:pPr>
      <w:r>
        <w:t>每个客户都是一个单独的项目，然后这个项目里面你就创建成一个锦项目。哦，之前没有。没有，之前有，你没有注意。哦，可能很早。这一个功能是一般都有，然后我们客户他们都很忽略这一个，直接是好，他们更多的都是默认记忆，然后我直接点击创建。喂你好我下桌拿东西你可以先自己聊一下好多病毒來站好差不多了，那我就开始讲实际了欢迎大家来我们公司参观游戏今天下午我给大家分享的一个主题是从会用AI到能够把用AI把事情给做成当然我也是从大家的身份过来的我可以先给大家最后一些彩蛋之前我也是最早的时候接触AI的话我是在学校里面搞AI代写因为我是去年毕业的当时也是在线上接待一些项目到最后你会发现我身边的我们宿舍里面好多人他们的AI代理能找的最后都是我。然后基本上现在大家都是多多少少有了一些AI的使用经验吧。那么你看在今天我身上可能有点特殊，就是我既是江泽曲那边，我也是议员，然后也是AI的实践者，同时我也是我们中研会现在AI技术部门的交互负责人，同时如果有上过我们之前智能体工作坊的课，就会发现，你要是有关注到我们厂长的动态的话，现在新的课的地方都是我来讲。当然我也不是一上来就是直接能够来讲课的，我今天主要给大家分享一下我这整个成长变故吧。就是在之前，</w:t>
      </w:r>
    </w:p>
    <w:p>
      <w:pPr>
        <w:pStyle w:val="Heading2"/>
        <w:keepNext/>
      </w:pPr>
      <w:r>
        <w:t>002  鹤卿  ·  s37-s69</w:t>
      </w:r>
    </w:p>
    <w:p>
      <w:pPr>
        <w:keepNext/>
        <w:spacing w:after="100"/>
      </w:pPr>
      <w:r>
        <w:rPr>
          <w:rFonts w:ascii="Arial Unicode MS" w:hAnsi="Arial Unicode MS" w:eastAsia="Arial Unicode MS"/>
          <w:color w:val="5F6368"/>
          <w:sz w:val="17"/>
        </w:rPr>
        <w:t>主题：业务建模 / 人机协作 / 行动方法 / 销售成交 / 个人成长    用途：方法 / 案例 / 行动    识别置信度：high</w:t>
      </w:r>
    </w:p>
    <w:p>
      <w:pPr>
        <w:spacing w:after="200" w:line="300" w:lineRule="auto"/>
      </w:pPr>
      <w:r>
        <w:t>也就是现在，我们大家其实更多的，每个人现在都会用AI了，都用这个工具了。那么，比如说做图片呀，写文案呀，甚至是产出一些项目报告。那但是，你要是比如说，你接触到一些真实的项目经历的话它其实是想要把我们这些散乱的叠水连成一条线然后再把这条线连成一条线因为我们每个人他其实都会有一些散点的工具但是你想让因为用户他拿到之后还是要做交付的那么交付你就要给他流程化甚至是可被标榜的SVP的一些内容好你看那么会做跟做成完全是两码事实。像我们之前，其实这也是我之前最早的一些经历吧。然后就是，好，我能够给客户产生一个框架呀，一个非常的level，但是我自己的，我用得不好，然后我就会陷入到一个进入自嗨里面，太猛了，我已经无力了，我说这个不骗你。然后我也不跟客户对需求，客户的话，好，你给我做一个吧，然后起码也不负责。但是你会发现，客户拿到手之后，他不会用，他看不懂你写的这一半是什么，你甚至要给他写一个建筑分明书。就是比如说我刚刚在前面看到的你可能你交付的这个东西你现在是跟他的聪明的老板在沟通但是他最后落地的执行人是他下面的恩战本尊那么你就又要去考虑到他换个员工甚至是让他的员工偏向化的能否去行动以及我们现在在做的时候你是会给它规范化的收入给输出的，</w:t>
      </w:r>
    </w:p>
    <w:p>
      <w:pPr>
        <w:pStyle w:val="Heading2"/>
        <w:keepNext/>
      </w:pPr>
      <w:r>
        <w:t>003  鹤卿  ·  s70-s108</w:t>
      </w:r>
    </w:p>
    <w:p>
      <w:pPr>
        <w:keepNext/>
        <w:spacing w:after="100"/>
      </w:pPr>
      <w:r>
        <w:rPr>
          <w:rFonts w:ascii="Arial Unicode MS" w:hAnsi="Arial Unicode MS" w:eastAsia="Arial Unicode MS"/>
          <w:color w:val="5F6368"/>
          <w:sz w:val="17"/>
        </w:rPr>
        <w:t>主题：业务建模 / 人机协作 / 知识复用 / 销售成交 / 个人成长    用途：方法 / 案例 / 行动 / 观点    识别置信度：high</w:t>
      </w:r>
    </w:p>
    <w:p>
      <w:pPr>
        <w:spacing w:after="200" w:line="300" w:lineRule="auto"/>
      </w:pPr>
      <w:r>
        <w:t>但是你是不能够定制你的用户会给它关机吗?所以说你看，我们会做，每个人都会做，就是每个人都会用AI。你会用AI吗?你肯定会用，对吧?就比如说我们的豆包啊，DeepSake啊，大家都会用，但是你看现在有好多人他其实比如说在讲啊，我怎么用Codex来给大家去讲课呀，那么他其实就是这也是我们在做交付的时候会遇到的一些情况。因为你无法标准化，那么你会相当于是，沟通成本就会很大。我现在做了一个客户，那么下一个客户要是有同类型的，如果我们做完这种标准的话，那么这些测试到手里，具体量的幅度是提供成效的。你看，跨通云4只是这个demo的科学成功，就是从0到1很简单，那么你想让它从1到10，从10到10，给它反复去使用，这才是真正交互的开始。你看，这个也就是这个PPT，我也是让AI来去结合我花这么多时间来给客户做的一些交付方案的一些拆解。同时在这个里面，我们重要的最多的是销售板块了。你看其实，不管你是做销售智能体也好，或者是什么，我相信大家现在手上有的项目有的比如说写一些</w:t>
      </w:r>
    </w:p>
    <w:p>
      <w:pPr>
        <w:pStyle w:val="Heading2"/>
        <w:keepNext/>
      </w:pPr>
      <w:r>
        <w:t>004  鹤卿  ·  s109-s124</w:t>
      </w:r>
    </w:p>
    <w:p>
      <w:pPr>
        <w:keepNext/>
        <w:spacing w:after="100"/>
      </w:pPr>
      <w:r>
        <w:rPr>
          <w:rFonts w:ascii="Arial Unicode MS" w:hAnsi="Arial Unicode MS" w:eastAsia="Arial Unicode MS"/>
          <w:color w:val="5F6368"/>
          <w:sz w:val="17"/>
        </w:rPr>
        <w:t>主题：业务建模 / 人机协作 / 销售成交 / 工具实践    用途：方法 / 案例 / 行动 / 观点    识别置信度：high</w:t>
      </w:r>
    </w:p>
    <w:p>
      <w:pPr>
        <w:spacing w:after="200" w:line="300" w:lineRule="auto"/>
      </w:pPr>
      <w:r>
        <w:t>大学里面的制作业或者是一些项目或者是一些图片甚至是一些AI漫剧那么客户嘴里的需求往往都是取冤你能不能给我做一个所谓的自动化流程我每天只要电脑插着电它随时能够高质量地铲除因为用户他不知道自己想要什么所以说你从用户的嘴里面得到的需求往往都是比较抽象的那么我们在这里面就是需要去把用户混沌的想法那么我们在这个里面其实就是要把客户混沌的想法给它提炼出来因为用户会是有海量的一些信息的海量的想法那么就比如说我们每个人比如说你接触到有一些人让你做图片我想这个风格我想那个风格但是AI目前就只能达到C的风格所以说我们就是要让用户大量的从他们的需求中去进行海量的拆解。我之前，我第一次做的时候就是，好，我来写一个智能体的一个知识值，我来给它生成一套所谓的，比较呆板的一套画术，甚至是根据它给我提供的资料去分析一个模板。那用户就会说，那你知道，我也能做呀，我让AI直接我都能够输出呀。那么他们真正其实想要解决的是比如说一个客户进来之后他的线索从哪里来这个客户是否值得跟就比如说为什么我要跟大家讲以销售这个项目为主不管大家是超级个体还是组织你不管是2B的2C的你都是要有一个销售端口那么你销售端口比如说你现在你自己的客户在咸鱼在小红书你跟这个客户聊半天，</w:t>
      </w:r>
    </w:p>
    <w:p>
      <w:pPr>
        <w:pStyle w:val="Heading2"/>
        <w:keepNext/>
      </w:pPr>
      <w:r>
        <w:t>005  鹤卿  ·  s125-s162</w:t>
      </w:r>
    </w:p>
    <w:p>
      <w:pPr>
        <w:keepNext/>
        <w:spacing w:after="100"/>
      </w:pPr>
      <w:r>
        <w:rPr>
          <w:rFonts w:ascii="Arial Unicode MS" w:hAnsi="Arial Unicode MS" w:eastAsia="Arial Unicode MS"/>
          <w:color w:val="5F6368"/>
          <w:sz w:val="17"/>
        </w:rPr>
        <w:t>主题：业务建模 / 人机协作 / 知识复用 / 销售成交    用途：方法 / 案例 / 行动 / 观点    识别置信度：high</w:t>
      </w:r>
    </w:p>
    <w:p>
      <w:pPr>
        <w:spacing w:after="200" w:line="300" w:lineRule="auto"/>
      </w:pPr>
      <w:r>
        <w:t>他是一个C类客户，他传来白嫖你。有个客户他可能就跟你聊两句，直接给你成交一个大单。如果你能够通过AI来精准地判断哪些客户值得跟，他是C级还是S级，那么我们就可以让子弹都往你这边打，而不是分散打，我也不知道能够打到谁。你把一个混沌的问题给拆解出来之后，那就能够得到，好，线索从哪里来，这个客户是否认得跟，以及当前这个客户属于哪个阶段，还有不同的客户应该说什么，那这其实就是对应了我们在跟客户交互的链接中，甚至是你可以把这个一切从，如果我们自身有一些业务流程，那它其实就是我们整个业务流程中的每一个细小的节点。你把每一个细小的节点给它拆解出来之后，那么其实，他许愿的那一个伟大的蓝图就能够一点一点去实现。这也是我们对我们团队内部培训的时候一直会说的，让客户前期先让他尽情地说，然后我们再在后期去给他说。你现在要登中国大马峰，当然我们家产不了这个顶级的羽绒服，但是我们家能够卖顶级的手套，来解决它一个很小，板块的七分点的一个问题的拆解。那么它只要能够，就相当于不管是姜哥呀，还是厂长，还是树林，都一直说，你把一个点给打穿之后，那么其实你剩下的点都可以被复制。那么你看在这个里面，</w:t>
      </w:r>
    </w:p>
    <w:p>
      <w:pPr>
        <w:pStyle w:val="Heading2"/>
        <w:keepNext/>
      </w:pPr>
      <w:r>
        <w:t>006  鹤卿  ·  s163-s182</w:t>
      </w:r>
    </w:p>
    <w:p>
      <w:pPr>
        <w:keepNext/>
        <w:spacing w:after="100"/>
      </w:pPr>
      <w:r>
        <w:rPr>
          <w:rFonts w:ascii="Arial Unicode MS" w:hAnsi="Arial Unicode MS" w:eastAsia="Arial Unicode MS"/>
          <w:color w:val="5F6368"/>
          <w:sz w:val="17"/>
        </w:rPr>
        <w:t>主题：业务建模 / 人机协作 / 销售成交 / 个人成长    用途：方法 / 案例 / 行动 / 观点    识别置信度：high</w:t>
      </w:r>
    </w:p>
    <w:p>
      <w:pPr>
        <w:spacing w:after="200" w:line="300" w:lineRule="auto"/>
      </w:pPr>
      <w:r>
        <w:t>它是把它前期的一个销售转化还有它的一个跟进策略以及它甚至在后续比如说你看它首次触打达到什么样的程度它下一次应该怎样进行沟通以及A类客户它适合看什么样的方案这些都可以让AI进行拆解那么是不是又可以对接到我们自己比如说我们学习中或者是我们导师给我们的项目中每一个版画其实都可以让AI介入只要你能够把它细小的点给拆分出来以及在这个过程中成交与失败怎么样能够让它不断地回复到这个系统中就是AI是能够不断地成长的那么我们可以把我们不断让AI去进化调优的这个过程也让AI不断地学习那么你学习完出来之后它就像一棵树一样它逐渐长从一个干枯的树苗然后至白叶茂那么你是不是就可以把它提炼出来然后到你下一个板块里面去继续地就相当于你有了一个模子，那么你下一个榜就可以进行了复刻，只是主题不一样，只是场景不一样。好，我们最早我拿到一个搜索智能体，我肯定就觉得它就是一个化学生成，好，见人说人话，见鬼说鬼话，好，你高科丹的说高科丹的话，但是你如果把它去进行拆解你会发现，你从你看到的A点到达不定的B点，其实中间还有1，234567这种常见度。那么我们不管是在做业务也好，或者是在用AI做其他的项目，比如说，举个最简单的例子，大家都用我们AI来写一些文案，做一些内容。</w:t>
      </w:r>
    </w:p>
    <w:p>
      <w:pPr>
        <w:pStyle w:val="Heading2"/>
        <w:keepNext/>
      </w:pPr>
      <w:r>
        <w:t>007  鹤卿  ·  s183-s227</w:t>
      </w:r>
    </w:p>
    <w:p>
      <w:pPr>
        <w:keepNext/>
        <w:spacing w:after="100"/>
      </w:pPr>
      <w:r>
        <w:rPr>
          <w:rFonts w:ascii="Arial Unicode MS" w:hAnsi="Arial Unicode MS" w:eastAsia="Arial Unicode MS"/>
          <w:color w:val="5F6368"/>
          <w:sz w:val="17"/>
        </w:rPr>
        <w:t>主题：业务建模 / 人机协作 / 行动方法    用途：方法 / 案例 / 行动 / 观点    识别置信度：high</w:t>
      </w:r>
    </w:p>
    <w:p>
      <w:pPr>
        <w:spacing w:after="200" w:line="300" w:lineRule="auto"/>
      </w:pPr>
      <w:r>
        <w:t>你想让它产生一个好的内容，那这其实就是一些更加精准的一些修制方式。你把一些推荐的细节点都告诉他之后，那么他其实就能够，比如说，好，给我写一个报款文案，那么你再告诉他，给我写一个我的目标人群是谁，我的用户画像是什么，我想达到什么样的目标，我的开头，我的结尾，我的公司应该怎么样去搭建。那么你把这些流程告诉他之后，就是这个报款文案就比他从许愿场给我生成的报款文案要好很多。然后你看，我们在用AI的时候，其实是先还原这个业务本身，因为你每个业务，你不要说大家没有业务，我们自己写一个大作业，它其实都是一个业务，它都是有一套流程，你先把整个流程还原给AI，再去让AI进行设计。你会发现AI会懂很多东西，但是它又不懂很多细节。那么这些细节就往往是需要我们人去研判，人去研判它是一个内容的好坏，以及它真正是否有灵魂的关键。所以说你看，AI不是凭空间创造一个新的业务，它只是把我们藏在我们脑子里面，甚至是你海量的，相信大家你接触过一些用户之后，你会发现好多人都是在PDF，Excel表格里面。那么他其实甚至是微信比较多，他发给你转发10人比较多。那么你看，其实就是把我们那些藏在大家脑海里面，甚至是你的J盘，T盘里面的东西给它梳理出来。你会发现，</w:t>
      </w:r>
    </w:p>
    <w:p>
      <w:pPr>
        <w:pStyle w:val="Heading2"/>
        <w:keepNext/>
      </w:pPr>
      <w:r>
        <w:t>008  鹤卿  ·  s228-s265</w:t>
      </w:r>
    </w:p>
    <w:p>
      <w:pPr>
        <w:keepNext/>
        <w:spacing w:after="100"/>
      </w:pPr>
      <w:r>
        <w:rPr>
          <w:rFonts w:ascii="Arial Unicode MS" w:hAnsi="Arial Unicode MS" w:eastAsia="Arial Unicode MS"/>
          <w:color w:val="5F6368"/>
          <w:sz w:val="17"/>
        </w:rPr>
        <w:t>主题：业务建模 / 人机协作    用途：方法 / 案例 / 行动 / 观点    识别置信度：high</w:t>
      </w:r>
    </w:p>
    <w:p>
      <w:pPr>
        <w:spacing w:after="200" w:line="300" w:lineRule="auto"/>
      </w:pPr>
      <w:r>
        <w:t>用AI用到最后，它其实更多的是一个架构能力，把状态给放大了。今天说的就是我们要用华人，以前是人来处理这些业务的话，现在的话我们是让AI直接参与，替代人来管理这些业务，它好处缺少少。但是树林之前不是提到要AI直接重构这些业务吗?这个话可以答案不如什么呢?你像之前我们也是用AI来提供这个整个业务，但是我们会要先让AI知道我们之前整个电路是怎么实现的，然后之前我们也有想过不让AI，让AI提供应该到底的，就是完全诞生一个新的，但是有的时候有很多是这个企业或者这个公司它走了好长时间，他感觉这一套是他很能够适应的。有的人他不愿意操作到这个情况，但比如说像我们公司，我们公司就是像自来当，创新，谁不适应谁滚蛋。我们公司的AI化技能就是从我们部门开始的。然后到其他部门延展开，比如说每个人的电脑上都会有一个监控软件来监控，比如说你今天，我们每周都会写周报，然后同时你可以把它理解成一个木马病毒软件来监控我们每个人的每天电脑的一个屏幕或者是软件的使用量。你用了什么软件，你AI用的时间有多少，有没有用，你如果没有用，我们先教育，如果教育的成本实在太高，我们就重新再开学。所以说这一个反抗也是我们的，因为我们是要给其他公司也做AI化改造，那么好多，</w:t>
      </w:r>
    </w:p>
    <w:p>
      <w:pPr>
        <w:pStyle w:val="Heading2"/>
        <w:keepNext/>
      </w:pPr>
      <w:r>
        <w:t>009  鹤卿  ·  s266-s312</w:t>
      </w:r>
    </w:p>
    <w:p>
      <w:pPr>
        <w:keepNext/>
        <w:spacing w:after="100"/>
      </w:pPr>
      <w:r>
        <w:rPr>
          <w:rFonts w:ascii="Arial Unicode MS" w:hAnsi="Arial Unicode MS" w:eastAsia="Arial Unicode MS"/>
          <w:color w:val="5F6368"/>
          <w:sz w:val="17"/>
        </w:rPr>
        <w:t>主题：业务建模 / 人机协作 / 知识复用 / 销售成交    用途：方法 / 案例 / 行动 / 观点    识别置信度：high</w:t>
      </w:r>
    </w:p>
    <w:p>
      <w:pPr>
        <w:spacing w:after="200" w:line="300" w:lineRule="auto"/>
      </w:pPr>
      <w:r>
        <w:t>他们都是卡在这里，就把人家的电脑来口袋子里装不了。所以说我们就是，这个方案是比较综合的一个，温和的方案，你总不能说，我直接把硬盘都给砍了。有的老板舍得，有的老板舍不得。然后这一个呢，就相当于是，这是基于我现在接手的业务来去，我发生的一些改变吧，你看，我基本就是先让因为我现在手上接触的有各行各业的客户，比如说有医美的，有博学的，还有做海外的，就是电商贸易的，甚至是做什么政绩工程的，以及还有一些要写一些你可以把它理解为标书的那种七七八八都有。那么我是不知道客户这个行业，我又不是他的专家，那么我就需要先去还原他的业务本身，这一方面是让我大概知道哪些电路中间的节点是要人工去必须参与的，以及让AI也知道它的业务流程是怎么样。然后再去判断，再去表达。这些其实就是你会发现，有一些AI它是，好，一次性生成很多，我也看不懂。那么在这中间，你要设计人和AI的交接点，就比如说你这个方案写好之后，或者是你这个方案生成到，快到最终完整版之前，你再让AI给你总览一下，看看最终的架构是否有问题，它会是好意，不好意，不好意。以及，让它产生持续可返回的系统，就是让它不断地迭代优化优化。你像我们给客户有的时候雕塑的一个智能体，有可能最后都迭代了20多次。</w:t>
      </w:r>
    </w:p>
    <w:p>
      <w:pPr>
        <w:pStyle w:val="Heading2"/>
        <w:keepNext/>
      </w:pPr>
      <w:r>
        <w:t>010  鹤卿  ·  s313-s354</w:t>
      </w:r>
    </w:p>
    <w:p>
      <w:pPr>
        <w:keepNext/>
        <w:spacing w:after="100"/>
      </w:pPr>
      <w:r>
        <w:rPr>
          <w:rFonts w:ascii="Arial Unicode MS" w:hAnsi="Arial Unicode MS" w:eastAsia="Arial Unicode MS"/>
          <w:color w:val="5F6368"/>
          <w:sz w:val="17"/>
        </w:rPr>
        <w:t>主题：业务建模 / 人机协作 / 知识复用 / 销售成交    用途：方法 / 案例 / 行动 / 观点    识别置信度：high</w:t>
      </w:r>
    </w:p>
    <w:p>
      <w:pPr>
        <w:spacing w:after="200" w:line="300" w:lineRule="auto"/>
      </w:pPr>
      <w:r>
        <w:t>就是经常有客户问我，你做一个智能体有多快?你叫我打开一个DBT，你跟他说一句话，我要做一个搜索的问题，他就能够给你说出来。但是他是不懂业务，不懂流程，不懂你的客户是谁的。所以说这就是刚刚我们为什么要说要先还原你业务流程。因为你要知道你要怎么样跟你的客户沟通，以及在这个过程中你会反复地去跟客户确认，我在这个网络还需要去向我的客户去索要哪些资料。我们在一个整体的架构，更多的还是需要靠个台上的信息。然后第五点也是比较重要的一点，就是把个人的经验变成团队可被复制拆解的能力。因为你现在不管是好多人做OPC也好，或者是做其他的那种，你一个人可以做很多人活，但是你会发现你要招三个人，他甚至可以干20个人的活。最重要的不是写话少，而是会判断，这也是我们在我们客户会遇到很多的问题点，也是我之前也会遇到很多问题，你会发现给你收藏的东西很多，你会感觉什么都好，但是你会发现你写到最后，你已经偏离了你最开始那个原点，它就会一直牵着你走。你要让他应该会有判断力，这个判断力也就是取决于用户及时止损，好，用户觉得他好不好用的关键，就是他会不会停顿，他真正影响的不是客户，不是随便了解，不是有明确需求，就是他会相当于是，为什么现在大家之前有用拆机体也好，</w:t>
      </w:r>
    </w:p>
    <w:p>
      <w:pPr>
        <w:pStyle w:val="Heading2"/>
        <w:keepNext/>
      </w:pPr>
      <w:r>
        <w:t>011  鹤卿  ·  s355-s394</w:t>
      </w:r>
    </w:p>
    <w:p>
      <w:pPr>
        <w:keepNext/>
        <w:spacing w:after="100"/>
      </w:pPr>
      <w:r>
        <w:rPr>
          <w:rFonts w:ascii="Arial Unicode MS" w:hAnsi="Arial Unicode MS" w:eastAsia="Arial Unicode MS"/>
          <w:color w:val="5F6368"/>
          <w:sz w:val="17"/>
        </w:rPr>
        <w:t>主题：业务建模 / 人机协作 / 销售成交    用途：方法 / 案例 / 行动 / 观点    识别置信度：high</w:t>
      </w:r>
    </w:p>
    <w:p>
      <w:pPr>
        <w:spacing w:after="200" w:line="300" w:lineRule="auto"/>
      </w:pPr>
      <w:r>
        <w:t>扣带子也好，你会觉得要比国产的豆包或者Kiwi要聪明很多，就是它会猜，它会判断你说这句话，你说的是A，但是你可能隐含的还有B或者是C，那么它会判断你这段话背后的一个含义，它就是会猜，所以说这也是我们在接到客户需求，或者是我们在做智能体的时候，你要去还是那个去拆解去架构用户他说的这番话背后的含义吧然后这一点也是一个关键吧就是现在有好多不管是老板或者是对AI的一些应用者，你如果用AI用的故事你就会发现，我在网上看到一个所谓的概念之后，我觉得我这个部门可以全部被优化掉，我甚至一个人都可以干。那其实AI它其实更加的是赋能了专家的智慧，它让专家变得更加厉害。你如果一个普通人，他虽然变得全智能，但是专家他就是它的判断的细小的点会有很多，就是相当于是，现在大家都，比如说大家用XGBP或者用其他的AI，然后第一件事肯定是，我算一算自己的生辰八字，算一算什么，那么它都能算，但是为什么专家的收费那么贵呢?就是它会看，因为AI有的时候是会欺骗你的，它会给你产生所谓的虚假信息，那么这时候，专家的作用就是在细小的点上去研判它是否有真正的给它做好对应的判断力的准确性。这个其实就是你要关键是设计好交接点，什么时候，AI它是很强，</w:t>
      </w:r>
    </w:p>
    <w:p>
      <w:pPr>
        <w:pStyle w:val="Heading2"/>
        <w:keepNext/>
      </w:pPr>
      <w:r>
        <w:t>012  鹤卿  ·  s395-s429</w:t>
      </w:r>
    </w:p>
    <w:p>
      <w:pPr>
        <w:keepNext/>
        <w:spacing w:after="100"/>
      </w:pPr>
      <w:r>
        <w:rPr>
          <w:rFonts w:ascii="Arial Unicode MS" w:hAnsi="Arial Unicode MS" w:eastAsia="Arial Unicode MS"/>
          <w:color w:val="5F6368"/>
          <w:sz w:val="17"/>
        </w:rPr>
        <w:t>主题：业务建模 / 人机协作 / 机会判断 / 销售成交 / 工具实践    用途：案例 / 行动 / 观点    识别置信度：high</w:t>
      </w:r>
    </w:p>
    <w:p>
      <w:pPr>
        <w:spacing w:after="200" w:line="300" w:lineRule="auto"/>
      </w:pPr>
      <w:r>
        <w:t>但是有些方面它还是需要人工去不断的校验审核。适合让AI做的，就是整理资料，储存信息，甚至比如说我们写的周报，日报，产生图片那种，然后比如说我们一个电话或者是会议既要投给AI之后，那么它都可以进行识别，但是我们要留给人的，比如说我这儿举的例子就是，你要判断这个客户的关系，就是你是跟这个客户一对一的，你知道这个客户的真实情况，但是如果AI它又不是机械的去分析，它也不会去据深刻的剖析，这个客户背后还是否有一些其他的想法，就比如说他虽然看不上你家的一千个产品，但是如果他就是潜在了那个十万的客户身上，还有一些像复杂一亿的处理，还有客户情绪的判断，因为人是复杂的。然后好的AI不是没有系统而是人不用把精力浪费在重复的劳动上这一个点我们这儿有一个客户是我们自动会的如果说我们有河南郑州的小伙伴有可能会知道我们这儿有一个做生学规划的李楠老师他就是这一个很好的一个案例吧他是相当于是也是跟朱莉娘做教培不过他做的事相当于是那么就相当于他是对初高中，然后来去做他的学科辅导啊，陪跑计划，但是他一年，他自身的一个专家，他只能陪跑30个孩子。那么，通过我们把他的整条的业务线，比如说九大学科啊，甚至是他的一些里面对于，比如说一个孩子，他把他的试卷，</w:t>
      </w:r>
    </w:p>
    <w:p>
      <w:pPr>
        <w:pStyle w:val="Heading2"/>
        <w:keepNext/>
      </w:pPr>
      <w:r>
        <w:t>013  鹤卿  ·  s430-s469</w:t>
      </w:r>
    </w:p>
    <w:p>
      <w:pPr>
        <w:keepNext/>
        <w:spacing w:after="100"/>
      </w:pPr>
      <w:r>
        <w:rPr>
          <w:rFonts w:ascii="Arial Unicode MS" w:hAnsi="Arial Unicode MS" w:eastAsia="Arial Unicode MS"/>
          <w:color w:val="5F6368"/>
          <w:sz w:val="17"/>
        </w:rPr>
        <w:t>主题：人机协作 / 知识复用 / 行动方法 / 个人成长    用途：方法 / 案例 / 行动 / 观点    识别置信度：high</w:t>
      </w:r>
    </w:p>
    <w:p>
      <w:pPr>
        <w:spacing w:after="200" w:line="300" w:lineRule="auto"/>
      </w:pPr>
      <w:r>
        <w:t>这些都是我们后期给他架构好的，这个孩子的语文数卷或者是数学，你把整张试卷拍给他，比如说考69门，那么他会通过这一些题目给他剖析，你是属于函数还是导述不会，然后怎么样更加精准地来去给他做辅导。你像之前，这些都是需要这个专家自己脑海里面去研判，去抛弃的。那这些是不是都可以让AI去?因为它背后都是一些规律嘛。那么这个专家的时间是不是就被解放出来了?一年只能培养三十万孩子，那他现在是不是又可以通过AI跟比如说找一些没有达到他那个水平，就是只需要懂AI，懂怎么跟家长，跟这些学员去沟通。家长想看到的是什么?是一个专业的方案。就比如说我之前给其他人写一些学术评论，当时我还没毕业，然后我给一些比如说大四的以前写，什么技职抛出去，我也不会，那么我把这些整个AI架构出来，然后他就觉得这都很专业，因为我拿到的是想要看到最终的结果嘛，那么他就给家长的感觉，这个就是让我家很符合我家小孩当前这个分数观的提升计划，并且这个小孩也有对应的提升。它是会通过AI家，比如说一些我们大学生也好，或者是其他的一些R3线员工，那么来去把它的时间给无限地复制复制。它之前是只有30个人能够一年陪跑，那么我现在是把这些通过，因为他们都是一些线上的，然后来去给孩子出定期的，</w:t>
      </w:r>
    </w:p>
    <w:p>
      <w:pPr>
        <w:pStyle w:val="Heading2"/>
        <w:keepNext/>
      </w:pPr>
      <w:r>
        <w:t>014  鹤卿  ·  s470-s508</w:t>
      </w:r>
    </w:p>
    <w:p>
      <w:pPr>
        <w:keepNext/>
        <w:spacing w:after="100"/>
      </w:pPr>
      <w:r>
        <w:rPr>
          <w:rFonts w:ascii="Arial Unicode MS" w:hAnsi="Arial Unicode MS" w:eastAsia="Arial Unicode MS"/>
          <w:color w:val="5F6368"/>
          <w:sz w:val="17"/>
        </w:rPr>
        <w:t>主题：业务建模 / 人机协作 / 知识复用 / 行动方法 / 工具实践    用途：方法 / 案例 / 行动 / 观点    识别置信度：high</w:t>
      </w:r>
    </w:p>
    <w:p>
      <w:pPr>
        <w:spacing w:after="200" w:line="300" w:lineRule="auto"/>
      </w:pPr>
      <w:r>
        <w:t>比如说期中期末，下一个学期的一些升学的一些计划。好，通过AAA之后，那么我们李楠老师就可以把自己的时间给腾出来之后，来去做前端的工具的货客呀。他每天直播12个小时，那么他就通过这样一个，他一年之前顶过一天三四百万，现在一个月就能一流到150。所以说这一段就是… …人不用把精力都浪费在重复的劳动上，有可能一个孩子两个孩子都是在一个案例，那么对于AI来说它就是重复的工具了。这一个点也是大家后面可以结合着自己自身的用，大家其实都有业务，你只要把你的生活抛弃到最小点，只要有需求的地方都是有业务存在的地方。然后你看，以及一次性生成它不是闭环，然后反馈本来还是聪明，就是大家不要害怕担心啊，我这个智能体做好了之后，或者是我的图片做好了之后，我的地方或者是我的需求方说不好不好，其实不好，它的反馈才是让AI能够变聪明的开始，就是你要先发现这个AI它丑陋的地方，才是它接下来能够编好的地方。就是你上来就发现，哇，太漂亮了。那么你就相当于有一点那种做点字做的那种感觉。就相当于是从生成到人工使用到进入结果，然后到分析效果，以及到调整，你下一关怎么优化，然后不断不断地，相当于是你整条回溯的一个链路，然后去不断地复盘重叠。就是你要发现，在AI时代，</w:t>
      </w:r>
    </w:p>
    <w:p>
      <w:pPr>
        <w:pStyle w:val="Heading2"/>
        <w:keepNext/>
      </w:pPr>
      <w:r>
        <w:t>015  鹤卿  ·  s509-s536</w:t>
      </w:r>
    </w:p>
    <w:p>
      <w:pPr>
        <w:keepNext/>
        <w:spacing w:after="100"/>
      </w:pPr>
      <w:r>
        <w:rPr>
          <w:rFonts w:ascii="Arial Unicode MS" w:hAnsi="Arial Unicode MS" w:eastAsia="Arial Unicode MS"/>
          <w:color w:val="5F6368"/>
          <w:sz w:val="17"/>
        </w:rPr>
        <w:t>主题：业务建模 / 人机协作 / 销售成交    用途：方法 / 案例 / 行动 / 观点    识别置信度：high</w:t>
      </w:r>
    </w:p>
    <w:p>
      <w:pPr>
        <w:spacing w:after="200" w:line="300" w:lineRule="auto"/>
      </w:pPr>
      <w:r>
        <w:t>最重要的其实还是它的覆盘效率比较高。因为有的AI为什么会聪明，就相当于是一方面是有AI有全机器，另外一方面是它的覆盘能力要比人要快很多。然后第五点呢，也就是我们前面说的，只会说是个人能力，比如说我们现在我们团队，但其实我这个岗位是属于技术交互，但是在前面还是会有一些大客户经理的。他们其实是跟客户是第一的需求。那么我们是不是就可以把我们这一些能力给它迁移到前置位的一个工作人员比如说我们是后端的厨师然后他们是前端的服务员那么我们就教会他这个火锅底料这个锅底应该怎么配那么他们就会知道如果用户的需求不是很难甚至是他想快速解决那么他们前置位就可以马上去进行服务所以说从能力然后到顾客到可交付那么其实就是一个更加深层的价值观，就是不是让一个高手更快，而是让高手的经验可以被更多人去使用。那这个其实就还是我们刚刚说的李南老师教培的例子嘛，他一个人高手，那么他的时间就会被锁死，那么他高手的经验被更多人的顾客去使用，那么他就可以相当于是不断的技能增效。以及你看，要把它承建成什么，比如说客户标签的判断啊，它的一些路径和规则的处理，还有一些你可以把它承建成支持库SOP，不知道在座的大家有没有承建自己的一些支持库啊，比如说什么盖的笔记啊，</w:t>
      </w:r>
    </w:p>
    <w:p>
      <w:pPr>
        <w:pStyle w:val="Heading2"/>
        <w:keepNext/>
      </w:pPr>
      <w:r>
        <w:t>016  鹤卿  ·  s537-s583</w:t>
      </w:r>
    </w:p>
    <w:p>
      <w:pPr>
        <w:keepNext/>
        <w:spacing w:after="100"/>
      </w:pPr>
      <w:r>
        <w:rPr>
          <w:rFonts w:ascii="Arial Unicode MS" w:hAnsi="Arial Unicode MS" w:eastAsia="Arial Unicode MS"/>
          <w:color w:val="5F6368"/>
          <w:sz w:val="17"/>
        </w:rPr>
        <w:t>主题：人机协作 / 知识复用 / 行动方法 / 销售成交 / 工具实践    用途：方法 / 案例 / 行动 / 观点    识别置信度：high</w:t>
      </w:r>
    </w:p>
    <w:p>
      <w:pPr>
        <w:spacing w:after="200" w:line="300" w:lineRule="auto"/>
      </w:pPr>
      <w:r>
        <w:t>然后或者是一些其他的用户，你都可以，最主要的是你到最后你拼的是自己的所有的知识库，比如说我们的客户成功部，销售部门，或者是私域，或者是内容营销，我们都把它做成一个知识库，然后一方面是可以让我们人来去调度学习，另外一方面也可以让AI更加精准地知道，如果需要去哪里找去哪里找。从做任务，到做链子，到做系统，那这一个情绪相当于是，做任务是很简单的，就是从0到1，好，信息从哪里来，中间要经过哪些判断，然后最后要交给谁使用，以及使用的结果如何回来。就比如说，一个最小的任务，其实也就相当于是这样的一个路径。那么，你把一两个细小的任务，比如说两个点，那么你是不是重新再连成一条线了，那么连成一条线之后，从练度到过系统，有没有标准输入与异常处理，以及你让AI做的很多的地方，其实还是到最后人工去要审核吧，比如说我即便要给他生成一个好用的画术或者是图片，那最后肯定还是人工去发的吧。那么人工去审核欠减，其实你也可以给他去规划一些标准化，还有有没有版本进步与反馈机制。就是你会发现，你到AI的时代，它就迭代速度非常快，但是，你都不知道你已经积累到第几把，那么如果你觉得你中间再一把就很好了，那么你就可以及时把它封存起来。就是按常常说的一句话，</w:t>
      </w:r>
    </w:p>
    <w:p>
      <w:pPr>
        <w:pStyle w:val="Heading2"/>
        <w:keepNext/>
      </w:pPr>
      <w:r>
        <w:t>017  鹤卿  ·  s584-s612</w:t>
      </w:r>
    </w:p>
    <w:p>
      <w:pPr>
        <w:keepNext/>
        <w:spacing w:after="100"/>
      </w:pPr>
      <w:r>
        <w:rPr>
          <w:rFonts w:ascii="Arial Unicode MS" w:hAnsi="Arial Unicode MS" w:eastAsia="Arial Unicode MS"/>
          <w:color w:val="5F6368"/>
          <w:sz w:val="17"/>
        </w:rPr>
        <w:t>主题：人机协作 / 销售成交 / 工具实践    用途：方法 / 案例 / 行动 / 观点    识别置信度：high</w:t>
      </w:r>
    </w:p>
    <w:p>
      <w:pPr>
        <w:spacing w:after="200" w:line="300" w:lineRule="auto"/>
      </w:pPr>
      <w:r>
        <w:t>HSR你不要陷入到技术自害里面。60分。比90分要好因为你会发现现在市面上不缺AI技术的人一山更比一山高但是有的人他就是能够赚钱有的人他就是技术很牛逼但是我一直就是捆绕于我怎么变现啊然后我们这有好多客户就是你像我们之前不是有那个智能体工作坊嘛有好多客户好之前我有一个印象最深的一个客户是上海那边做e mail的一个50多岁的一个姐姐吧然后她当时来了我们这儿，康叉C，康叉V都不会，我还教他怎么去打，不要笑，因为我们这儿真的有好多这种客户，他们就是做音乐很有钱，但是不会用平台，不会用电脑，这也是很多老板的一些痛病，就会用手机，然后我就教他康叉C，康叉V，按一下这个回车回车，然后他当时上了我们那些课之后，就是在这些智能体吧，你说他能做吗?在我们年龄感觉可能四十五分钟打不到吧，但是人家回去之后两个末月给你献了35块那么你看比他技术优异的人多嘛那肯定多呀但是人家就是60分就行然后你90分你感觉还差一点然后就陷入到技术的自害里面了所以说在这个过程中你其实也会发现还有一个点可以跟大家分享一下就是如果你现在觉得这个AI的能力解决不了。就比如说，在之前Codex还没有出来的时候，我们好多的数据，比如说让TED的DBT分析，它都是在云端，没办法，</w:t>
      </w:r>
    </w:p>
    <w:p>
      <w:pPr>
        <w:pStyle w:val="Heading2"/>
        <w:keepNext/>
      </w:pPr>
      <w:r>
        <w:t>018  鹤卿  ·  s613-s650</w:t>
      </w:r>
    </w:p>
    <w:p>
      <w:pPr>
        <w:keepNext/>
        <w:spacing w:after="100"/>
      </w:pPr>
      <w:r>
        <w:rPr>
          <w:rFonts w:ascii="Arial Unicode MS" w:hAnsi="Arial Unicode MS" w:eastAsia="Arial Unicode MS"/>
          <w:color w:val="5F6368"/>
          <w:sz w:val="17"/>
        </w:rPr>
        <w:t>主题：业务建模 / 知识复用 / 销售成交 / 工具实践    用途：方法 / 案例 / 行动 / 观点    识别置信度：high</w:t>
      </w:r>
    </w:p>
    <w:p>
      <w:pPr>
        <w:spacing w:after="200" w:line="300" w:lineRule="auto"/>
      </w:pPr>
      <w:r>
        <w:t>我们只能通过谷歌云版上传，然后让它去读取。那么我们当时又想了好多办法，怎么去架建云服务器给它找出来。那么三个月之后，它自己产生的Codex就不了了之了。所以说，这也是我们经常对客户说的话，如果现在他解决不了，那你等一个月，那一个月解决不行，再等三个月，他自然就解决了。你看，像之前Codex，好处很广，那么它不断节带着，它跟TPT融为一体了。那么你之前所做的那些什么技能啊，什么技巧啊，TPT一融合，那些全部融入到它的大的一个Beginner里面了。所以说你看，指挥的变化只是表象，真正的变化其实就是从能不能做出来，能不能把它做成可持续、可稳定输出、能够交付出来的，就是要让团队其他人知道该怎么做，以及能不能按照同一套标准、同一套及时词、同一套SOP来去快速地上手。就比如说网上群里面也有好多他们做的那些图片，还有一些视觉效果很炫酷，那么是不是可以把它尝试做成一套SOP标准化，那么即便我现在能做，那么我发给其他人，他可以批量控制的话，你的生产率就马上能够上来。这里有没有大家想要提问的链，发言沟通交流一波大家不要拘谨那里有咖啡大家可以都随便喝怎么找到业务怎么找到业务是这个我就没有话题了因为最早的时候你其实发现</w:t>
      </w:r>
    </w:p>
    <w:p>
      <w:pPr>
        <w:pStyle w:val="Heading2"/>
        <w:keepNext/>
      </w:pPr>
      <w:r>
        <w:t>019  鹤卿  ·  s651-s701</w:t>
      </w:r>
    </w:p>
    <w:p>
      <w:pPr>
        <w:keepNext/>
        <w:spacing w:after="100"/>
      </w:pPr>
      <w:r>
        <w:rPr>
          <w:rFonts w:ascii="Arial Unicode MS" w:hAnsi="Arial Unicode MS" w:eastAsia="Arial Unicode MS"/>
          <w:color w:val="5F6368"/>
          <w:sz w:val="17"/>
        </w:rPr>
        <w:t>主题：业务建模 / 人机协作 / 个人成长    用途：方法 / 案例 / 行动 / 观点    识别置信度：high</w:t>
      </w:r>
    </w:p>
    <w:p>
      <w:pPr>
        <w:spacing w:after="200" w:line="300" w:lineRule="auto"/>
      </w:pPr>
      <w:r>
        <w:t>比如说我是相当于23年的时候就接触了SciQt，那时候还是3.5，那时候我还在上大沙，大一吧。那么AI它当时，就是在那个时候，人们还没有征服的历史，那么我就开始想办法去用了。那这时候我就发现，好多人他等待这个账号，那么是不是有好多人就有这种需求?你可以发展一下，走到去发现别人有需求的点。他只要有需求的点，都是有市场的。我在给他东西是，最开始我在想办法给他们整账号，然后就从，好，大家都在挖金子，那我去给他们挖产子，卖产子。那么，柳草哥在做完产子之后，他光拿铲子没有矿的，他挖不了东西。那么挖不了东西之后，好，那么比如说我们在学校这个环境里面，是不是有好多人有什么大作业呀，有什么就是一些商业竞赛呀，或者是一些学术论文呀，那么他不会做，他肯定不会做，有的人他要么是不想做，要么浪费时间，他就想着找人做，那么AI他是不是又可以进去了?他有需求，他很痛苦。大家可以记住，有痛苦的点就是有需求的点。比如说最简单一个点，我不想上早班，我还要打卡，那么我可以找个人代打卡，这是他的需求研究出来的，然后就产生了校园代跑这一项服务点。我当时就是，好，卖给他们账号之后，他们没有业务，然后我再给他们，好，你的大作业我来给你整，我来教你怎么整，</w:t>
      </w:r>
    </w:p>
    <w:p>
      <w:pPr>
        <w:pStyle w:val="Heading2"/>
        <w:keepNext/>
      </w:pPr>
      <w:r>
        <w:t>020  鹤卿  ·  s702-s745</w:t>
      </w:r>
    </w:p>
    <w:p>
      <w:pPr>
        <w:keepNext/>
        <w:spacing w:after="100"/>
      </w:pPr>
      <w:r>
        <w:rPr>
          <w:rFonts w:ascii="Arial Unicode MS" w:hAnsi="Arial Unicode MS" w:eastAsia="Arial Unicode MS"/>
          <w:color w:val="5F6368"/>
          <w:sz w:val="17"/>
        </w:rPr>
        <w:t>主题：人机协作 / 知识复用 / 销售成交 / 个人成长    用途：方法 / 案例 / 行动 / 观点    识别置信度：high</w:t>
      </w:r>
    </w:p>
    <w:p>
      <w:pPr>
        <w:spacing w:after="200" w:line="300" w:lineRule="auto"/>
      </w:pPr>
      <w:r>
        <w:t>然后来整战线论文。那时候，当时在学校里面，你最快的话是十分钟三百块，就是给他们写的那种大作业。因为那时候，就是，可能那时候对于，完全对于AI检测，AI机器的程度不高，然后都是比较空白的区域，然后那时候报告真的还没有。当时我用GBJ3.5的时候我就感觉神一样，4欧更神了，但是现在感觉跟85那家没办法比。所以说就是一个阶段一个阶段它有一个阶段的壁垒嘛，你像最开始它肯定就是打信息差，像最开始我接触那时候，那时候好多人他去做那个什么知识星球，那时候做一个知识星你不是要做疯狂，把ChinaDVDOpenA官网发的PDF文档号复制到那个星球里面，然后每天给他们做一些内容分享，一个星球一个月收，一个人收39，然后一千多个人，然后那一页能赚二三十万。就是风口来了，第一波肯定是经济上的，又不是说现在。相信大家都有看过数字声乐发布有一个好魔幻的，有人还在淘宝上或者是拼桌上，叫DeepSake。你现在在深圳，比如在我们公司，大家都觉得，因为这个信息密度，太高，就觉得这不小配子，但是你要放回内地，放回一些三四千小城市，就是沿海永远要比内地要快半年。你像我们这儿有好多客户，他都是学完我们这一套，拿回西安，拿回什么内地那边去讲，就是猪三角，</w:t>
      </w:r>
    </w:p>
    <w:p>
      <w:pPr>
        <w:pStyle w:val="Heading2"/>
        <w:keepNext/>
      </w:pPr>
      <w:r>
        <w:t>021  鹤卿  ·  s746-s791</w:t>
      </w:r>
    </w:p>
    <w:p>
      <w:pPr>
        <w:keepNext/>
        <w:spacing w:after="100"/>
      </w:pPr>
      <w:r>
        <w:rPr>
          <w:rFonts w:ascii="Arial Unicode MS" w:hAnsi="Arial Unicode MS" w:eastAsia="Arial Unicode MS"/>
          <w:color w:val="5F6368"/>
          <w:sz w:val="17"/>
        </w:rPr>
        <w:t>主题：业务建模 / 人机协作 / 机会判断 / 销售成交 / 个人成长    用途：方法 / 案例 / 行动    识别置信度：high</w:t>
      </w:r>
    </w:p>
    <w:p>
      <w:pPr>
        <w:spacing w:after="200" w:line="300" w:lineRule="auto"/>
      </w:pPr>
      <w:r>
        <w:t>好。那么就是打一段时间长，他们那边就感觉，哇，好神奇，好厉害。就像我们之前厂长，他说跟郑文强老师在马来西亚那边讲课，他们那边是，没有用户能看，就是我们国内还要想办法的，我怎么拆TPP，科学上网，他们那边甚至还要换强硬动保我们，那么他们是没有想到我可以这样来去把自己的一些业务逻辑呀，甚至是一些项目的一些流程都给放到拆TPP上面，就是你要去善意去观察留意自己生活或者是工作上的一些需求点，只要有需求的点，你只要能够把它拆解出来，AIM它基本上，因为现在AIM它更多的是一个大文本语言模型，但又比如说我们有海量的一些数据。我刚才讲的一个问题是，找到需求点之后，我们只能找到靠固点，真点的话，就是没办法了。怎么找到靠固点?你像，我当时我在学校里面的时候赚钱是，因为学校里面大家都是学生嘛，那么我就掌握学生这个群体，那么学生群体你的科篮价肯定不能太高啊。但是如果你把我的现在的剧毒店是老板，那么老板他本身就是很有钱。你一个东西你给他定块3.5，他给他定个东西假的不好，好，一个同样的东西我也定个3.5，还是好东西，但是一个东西变没变。怎么去找到这个?比如说这些老板对他们不了解，他们可能会有各种各样的问题，自己发现自己遇到一个问题，然后你就会说，</w:t>
      </w:r>
    </w:p>
    <w:p>
      <w:pPr>
        <w:pStyle w:val="Heading2"/>
        <w:keepNext/>
      </w:pPr>
      <w:r>
        <w:t>022  鹤卿  ·  s792-s815</w:t>
      </w:r>
    </w:p>
    <w:p>
      <w:pPr>
        <w:keepNext/>
        <w:spacing w:after="100"/>
      </w:pPr>
      <w:r>
        <w:rPr>
          <w:rFonts w:ascii="Arial Unicode MS" w:hAnsi="Arial Unicode MS" w:eastAsia="Arial Unicode MS"/>
          <w:color w:val="5F6368"/>
          <w:sz w:val="17"/>
        </w:rPr>
        <w:t>主题：人机协作 / 机会判断 / 销售成交    用途：方法 / 案例    识别置信度：high</w:t>
      </w:r>
    </w:p>
    <w:p>
      <w:pPr>
        <w:spacing w:after="200" w:line="300" w:lineRule="auto"/>
      </w:pPr>
      <w:r>
        <w:t>问题是这些老板他们有的这个系统，我们不知道有的没有的。那你就尽量前期，比如说，就是你可以，现在是九腔八腔的人，然后你可以通过小红书什么影响平台去曝光，然后让他们先去看见，对，因为就是当你能够，因为现在好多人他缺的是被看见的能力，就是我有基础，但是别人不知道我有没有基础，就比如说我有好多人，现在我都快成为我朋友圈的AI人物了。我之前不发朋友圈，我不让他们知道我在干这个干那个，他们不知道，然后他们现在把啥都搞清楚了。所以说这其实就是我们现在有好多客户他们是有自己的比如我家有一个关系还可以的客户他是做之前是做基金量化的那么他是有很多自己他是很有想法的然后同时他手里面也有很多纯粹的一些客户资源那么他通过大量的什么朋友圈啊视频号啊虽然他前期流量不大但是他发的目的就是让他朋友圈能在这里看到所以说大量的就是更多的是打开这里然后被看见然后你就根据你这个圈子的人来去你自己是可以去规划你想让他看见他的那个共同点都可以然后来给大家分享一个猜测我是怎么认识厂长的以及为什么会留下百页真人落地今天是8月4号然后去年的这个时候也差不多三四点是我来厂长那里来面试的时候真的然后去年这个时候我还跟长岛发言人说，好，今天见到长岛，这个时候阿姨发言的时候，</w:t>
      </w:r>
    </w:p>
    <w:p>
      <w:pPr>
        <w:pStyle w:val="Heading2"/>
        <w:keepNext/>
      </w:pPr>
      <w:r>
        <w:t>023  鹤卿  ·  s816-s868</w:t>
      </w:r>
    </w:p>
    <w:p>
      <w:pPr>
        <w:keepNext/>
        <w:spacing w:after="100"/>
      </w:pPr>
      <w:r>
        <w:rPr>
          <w:rFonts w:ascii="Arial Unicode MS" w:hAnsi="Arial Unicode MS" w:eastAsia="Arial Unicode MS"/>
          <w:color w:val="5F6368"/>
          <w:sz w:val="17"/>
        </w:rPr>
        <w:t>主题：人机协作 / 工具实践    用途：案例 / 行动 / 观点    识别置信度：high</w:t>
      </w:r>
    </w:p>
    <w:p>
      <w:pPr>
        <w:spacing w:after="200" w:line="300" w:lineRule="auto"/>
      </w:pPr>
      <w:r>
        <w:t>我找了好久的一个，然后我是通过因为之前去年2月24号的时候，我是厂长，还有黄立鹏老师，跟坚哥有套直播嘛，然后我通过那一个直播，然后来认识了厂长，然后知道他，然后后来，当时坚哥不是还给咱们学里面好多，就是几张门票嘛，来听他先下课，但是当时我有事，在上学，然后在家里面自己也其他事情来不了，然后抽票就来了啊。当时在那场直播里面，我说的一个特别印象深刻的话是厂长说的，就是天上龙王在斗法，然后神仙在打架，遍地都是鱼，聪明的人只需要装着王等，更聪明的人装挖好池塘来接鱼，那么笨蛋呢，是啊，他这鱼一直下一直下，然后自己还会临时领感冒啊。所以说，当时觉得这段话挺有意思，那么随着做AI不断的深入了解呢，其实你会发现，那宇宙呢有什么，就是AN孔明，比如说现在这两个月天地大压，用AN熏热了久了，你会发现跟过年的一样，你Codex不停的停止，S4配频啊什么，又翻到5又发布了，然后TPT甚至可能在8月份，然后6可能又会出来。那么新模型越来越多，工具越来越强，什么Workability，KB，那些啊，但是原来很难的东西都变得很容易了，然后做海报啊，做3D渲染啊，都可以，但是，有些人他能够接触一部分，但是他留不住，就比如说，我会用一个工具，</w:t>
      </w:r>
    </w:p>
    <w:p>
      <w:pPr>
        <w:pStyle w:val="Heading2"/>
        <w:keepNext/>
      </w:pPr>
      <w:r>
        <w:t>024  鹤卿  ·  s869-s918</w:t>
      </w:r>
    </w:p>
    <w:p>
      <w:pPr>
        <w:keepNext/>
        <w:spacing w:after="100"/>
      </w:pPr>
      <w:r>
        <w:rPr>
          <w:rFonts w:ascii="Arial Unicode MS" w:hAnsi="Arial Unicode MS" w:eastAsia="Arial Unicode MS"/>
          <w:color w:val="5F6368"/>
          <w:sz w:val="17"/>
        </w:rPr>
        <w:t>主题：业务建模 / 人机协作 / 知识复用 / 机会判断 / 行动方法    用途：方法 / 案例 / 行动 / 观点    识别置信度：high</w:t>
      </w:r>
    </w:p>
    <w:p>
      <w:pPr>
        <w:spacing w:after="200" w:line="300" w:lineRule="auto"/>
      </w:pPr>
      <w:r>
        <w:t>我会做一些视觉效果的渲染，我会做一些七七八八的，我会写一套极致责备生活的内容，那么你产生了个池塘是什么呢?就相当于是，你能够真正地把这一波雨给它留下来，给它存下来，就是你会开始产解业务流程，他也是懂得用户的这些数据怎么管理，就比如说，你后面接待用户需求多了，你怎么呈现自己的知识库，怎么呈现自己的方法论，以及如何让AI学习，或者是让自己，比如说，我首先搭建一个小团队，然后让这些案例能够不断地去被看见。因为案例其实是你现在最好说话的一个方式。以及怎么做成一个SOP，可被标准化，可被流程化的一套案，然后你还要反馈基础标准。工具会变，模型会升级，模型会升级大家都会有种感觉，我好牛逼啊，但其实是越来越牛逼了。就比如说鞋这边，好，一断网，然后扣掉自己一枚积分，好，天才引路，天才成绩远引路。但是你看，你会发现，信息差总会过去，时间差总会被短缺，但是当这一波浪潮退去之后，你要打造自己的组织差，什么是组织差呢?就比如说你现在，我们公司是全面平原化，全面的数据都会被NIH海量的统计，以及任何的数据都会流盆流荡。这些流盆流荡，一方面是方便我们工作，另外一方面是让NIH更好的了解我们公司，了解我们的业务产品。那么，从信息差，到时间差，到组织差，</w:t>
      </w:r>
    </w:p>
    <w:p>
      <w:pPr>
        <w:pStyle w:val="Heading2"/>
        <w:keepNext/>
      </w:pPr>
      <w:r>
        <w:t>025  鹤卿  ·  s919-s964</w:t>
      </w:r>
    </w:p>
    <w:p>
      <w:pPr>
        <w:keepNext/>
        <w:spacing w:after="100"/>
      </w:pPr>
      <w:r>
        <w:rPr>
          <w:rFonts w:ascii="Arial Unicode MS" w:hAnsi="Arial Unicode MS" w:eastAsia="Arial Unicode MS"/>
          <w:color w:val="5F6368"/>
          <w:sz w:val="17"/>
        </w:rPr>
        <w:t>主题：业务建模 / 人机协作 / 知识复用 / 销售成交    用途：案例 / 行动 / 观点    识别置信度：high</w:t>
      </w:r>
    </w:p>
    <w:p>
      <w:pPr>
        <w:spacing w:after="200" w:line="300" w:lineRule="auto"/>
      </w:pPr>
      <w:r>
        <w:t>这其实就是一轮迭代迭代，你到最后留给自己的那个后生者。因为你组织它，比如说我们这一批人是一个最大的公司，你用AI，你也用AI，你也用AI，那么其他人，他有八戒指的一个团队，但是他要培训他的团队，他要去调整他的AI认知，那么这一个是他短期，甚至是很长时间都拿不动的。让你看，什么是我，什么是你。用智能体，好，用网结语，只让AI生成一封开发信，好，吃糖吧。挖个石头来捶鱼，把客户划线了，把判断标准，根据你的动画成交基因，把这个专家的能力给安静地覆盖到这个AI里面来。当然这个AI，因为现在国内的TikTok，动画批评论，你也可以，因为现在我们有好多客户，是政府，甚至是一些比较敏感的一些，他们就不想用国内、国外的。那么随着国内的不断地迭代变化，你不可以把这些给搬到国内。比如说，国外的GDP，它比如说是百万上下，那你就可以给它压缩到十万上下来，然后来让做猫啊，K民啊，再来军民国。还有，知识库这一个可能是反复提及到的，当然知识库也是一个比较重要的，也是一个组织它的一个核心部分。我发现在交付这么多客户的过程中，</w:t>
      </w:r>
    </w:p>
    <w:p>
      <w:pPr>
        <w:pStyle w:val="Heading2"/>
        <w:keepNext/>
      </w:pPr>
      <w:r>
        <w:t>026  鹤卿  ·  s965-s983</w:t>
      </w:r>
    </w:p>
    <w:p>
      <w:pPr>
        <w:keepNext/>
        <w:spacing w:after="100"/>
      </w:pPr>
      <w:r>
        <w:rPr>
          <w:rFonts w:ascii="Arial Unicode MS" w:hAnsi="Arial Unicode MS" w:eastAsia="Arial Unicode MS"/>
          <w:color w:val="5F6368"/>
          <w:sz w:val="17"/>
        </w:rPr>
        <w:t>主题：业务建模 / 人机协作 / 知识复用 / 个人成长    用途：案例 / 行动 / 观点    识别置信度：high</w:t>
      </w:r>
    </w:p>
    <w:p>
      <w:pPr>
        <w:spacing w:after="200" w:line="300" w:lineRule="auto"/>
      </w:pPr>
      <w:r>
        <w:t>交付最快捷最高效最快复能的就是它本身就是有体系有框架它的组织架构它的知识库的框架搭建得都非常好因为它本身就是脉搏非常清晰我就不用再给它处理了它要是曾经非常混沌我还要一点一点的后期给它处理我再翻滚翻滚一个我还要让我跟AI一块拼接所以说知识库它其实不限于这些资料清洁分类标签化这些你其实你所有的东西你都可以把它留存留纳下来来作为自己的一个项目展示也好或者是其他的一些方法都能呈现它都可以被拿回拿来复用的以及教授本身自己偶尔做出一个漂亮的成果可以让团队来复用持续优化不断地犯重复的错误你看这个就是比较抽象的像上一次那时候常常给姜哥一项门票嘛然后我想来来不了然后现在我来讲这个课然后我是从今年的三月份然后到目前陆陆续续讲到五六堂课然后每一堂基本上有个百十来号人然后基本上你像这个过程就是因为厂长之前也说过一个，你想模仿AI，想抄袭，那其实很快的，但是在AI这个时代，AI进化速度太快了，有可能就是我自己我都抄不了我上回的东西，就是我当时三月份讲课的那种我感觉已经可以了，但是到四月份，然后现在GDP不是又优化了那个2.0嘛，然后它的升级又变得很好，好，那次我在讲课的前期，前一年，我临时改个课件，然后来去给他们展示，</w:t>
      </w:r>
    </w:p>
    <w:p>
      <w:pPr>
        <w:pStyle w:val="Heading2"/>
        <w:keepNext/>
      </w:pPr>
      <w:r>
        <w:t>027  鹤卿  ·  s984-s1020</w:t>
      </w:r>
    </w:p>
    <w:p>
      <w:pPr>
        <w:keepNext/>
        <w:spacing w:after="100"/>
      </w:pPr>
      <w:r>
        <w:rPr>
          <w:rFonts w:ascii="Arial Unicode MS" w:hAnsi="Arial Unicode MS" w:eastAsia="Arial Unicode MS"/>
          <w:color w:val="5F6368"/>
          <w:sz w:val="17"/>
        </w:rPr>
        <w:t>主题：业务建模 / 人机协作 / 知识复用 / 销售成交 / 个人成长    用途：方法 / 案例 / 行动 / 观点    识别置信度：high</w:t>
      </w:r>
    </w:p>
    <w:p>
      <w:pPr>
        <w:spacing w:after="200" w:line="300" w:lineRule="auto"/>
      </w:pPr>
      <w:r>
        <w:t>然后来讲怎么能够把智能铁融入到生图片，做PPT，做效果展示那一个。你像三月份之前呢，有吗?没有。我也不知道。所以说，我自己都没办法布置我之前讲课的那些内容，因为DNA是不断地进化，不断地迭代。你有可能以为它现在这个技能很好，可是之前，那么它可能后边DNA它自己就把你给坑掉了。然后在这个里面也非常感谢大家，那一天我上台之前老慌了，我要上台了，大家欢迎欢迎。那一天因为是讲课的时候是属于我第一次去讲这个，那一场是我们的千人大课，然后在台下坐的全部都是一些企业家老板，然后当时在场的可能有个快三百多号人吧然后让我上去讲两天然后虽然这个课当时筹备了有一个多期的期吧但是得说实话我崩了我暴崩了呀然后我还没有这样真正的虽然在学校里面也会有一些公开的演讲但是身份不一样啊人家是给你花了钱的人家是给他学真正的就是其实就变成了这个点就跟之前的板板相关，你从你自己能够把它交付好，学会之后，你能够把它复发成在场的学员，其他人都能够学会的，然后大家能够爱这个东西。然后在这个里面，当时我就不停地对着，在厕所对着镜子边，然后在停车场里面，然后对着我们同事，然后不停地狙击。反正那一场下来更可以，反正现在上一刻，上一个月讲的那个效果是最好的，因为我们讲智能体的话，</w:t>
      </w:r>
    </w:p>
    <w:p>
      <w:pPr>
        <w:pStyle w:val="Heading2"/>
        <w:keepNext/>
      </w:pPr>
      <w:r>
        <w:t>028  鹤卿  ·  s1021-s1064</w:t>
      </w:r>
    </w:p>
    <w:p>
      <w:pPr>
        <w:keepNext/>
        <w:spacing w:after="100"/>
      </w:pPr>
      <w:r>
        <w:rPr>
          <w:rFonts w:ascii="Arial Unicode MS" w:hAnsi="Arial Unicode MS" w:eastAsia="Arial Unicode MS"/>
          <w:color w:val="5F6368"/>
          <w:sz w:val="17"/>
        </w:rPr>
        <w:t>主题：人机协作 / 知识复用 / 销售成交 / 个人成长    用途：案例 / 行动 / 观点    识别置信度：high</w:t>
      </w:r>
    </w:p>
    <w:p>
      <w:pPr>
        <w:spacing w:after="200" w:line="300" w:lineRule="auto"/>
      </w:pPr>
      <w:r>
        <w:t>是我常常讲一些商业认知方面的，我讲一些技术落地啊，实操方面的，然后我在白天讲完之后，然后就像那个红蓝对抗你，然后厂长晚上会来点评并攻击学员他们白天做的那些智能体来去破解他们的方法，其实他们上下都有用，去架构好他们的任何一致性。然后那一天一上来，有一个学员直接，我已经预判了厂长的预判的预判，然后把他查到所有的方向都被绑住了，那一刻其实挺有成就感的。一般这些讲课，它其实我也不知道接下来要讲些什么内容，就看AN能够出到什么方向。所以说，就是在AN时代，你掌握了这项技能，可能大家还是保持一种开源，开源那种互相分享，互相借鉴的一些。因为你现在你一轮倒车的话，哇，我这个技术天下无敌。AI它自己迭代着迭代着，我感觉值一百万，然后好，AI一迭代，一块我都不想要，因为AI它自己就已经掌握了这项能力了。所以说，从轻重机到电台，不是靠的是运气，而是一直在不停地去迭代，因为你会发现在AI时代，我现在有好多客户，我都不知道它是什么行业，它的行业是什么，那只能去大量地去学习。你在AI时代，你会有海量的信息进来，但是真正有用的信息就那么一点，</w:t>
      </w:r>
    </w:p>
    <w:p>
      <w:pPr>
        <w:pStyle w:val="Heading2"/>
        <w:keepNext/>
      </w:pPr>
      <w:r>
        <w:t>029  鹤卿  ·  s1065-s1065</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还是那个85%、20%、20%、20%、20%、20%、20%、20%、20%、20%、20%、20%、20%、20%、20%、20%、20%、</w:t>
      </w:r>
    </w:p>
    <w:p>
      <w:pPr>
        <w:pStyle w:val="Heading2"/>
        <w:keepNext/>
      </w:pPr>
      <w:r>
        <w:t>030  鹤卿  ·  s1074-s1082</w:t>
      </w:r>
    </w:p>
    <w:p>
      <w:pPr>
        <w:keepNext/>
        <w:spacing w:after="100"/>
      </w:pPr>
      <w:r>
        <w:rPr>
          <w:rFonts w:ascii="Arial Unicode MS" w:hAnsi="Arial Unicode MS" w:eastAsia="Arial Unicode MS"/>
          <w:color w:val="5F6368"/>
          <w:sz w:val="17"/>
        </w:rPr>
        <w:t>主题：现场交流    用途：学习    识别置信度：high</w:t>
      </w:r>
    </w:p>
    <w:p>
      <w:pPr>
        <w:spacing w:after="200" w:line="300" w:lineRule="auto"/>
      </w:pPr>
      <w:r>
        <w:t>20%、20%、20%、20%、20%、20%、20%、20%、20%、20%、20%、20%、20%、20%、20%、20%、20%、20%、20%、20%、20%、20%、20%、20%、20%、20%、20%、20%、20%、20%、20%、20%、20%、20%、20%、</w:t>
      </w:r>
    </w:p>
    <w:p>
      <w:pPr>
        <w:pStyle w:val="Heading2"/>
        <w:keepNext/>
      </w:pPr>
      <w:r>
        <w:t>031  鹤卿  ·  s1085-s1138</w:t>
      </w:r>
    </w:p>
    <w:p>
      <w:pPr>
        <w:keepNext/>
        <w:spacing w:after="100"/>
      </w:pPr>
      <w:r>
        <w:rPr>
          <w:rFonts w:ascii="Arial Unicode MS" w:hAnsi="Arial Unicode MS" w:eastAsia="Arial Unicode MS"/>
          <w:color w:val="5F6368"/>
          <w:sz w:val="17"/>
        </w:rPr>
        <w:t>主题：人机协作 / 个人成长 / 工具实践    用途：案例 / 行动    识别置信度：high</w:t>
      </w:r>
    </w:p>
    <w:p>
      <w:pPr>
        <w:spacing w:after="200" w:line="300" w:lineRule="auto"/>
      </w:pPr>
      <w:r>
        <w:t>20%、20%这一些是AI代替不了的。所以这一些其实就相当于是，你抛弃到了它行业的最深处，你就会知道它这个行业，它为什么能够达到年产，年销量达到一千多万，它是有哪些你看自不经历的点，甚至是别人，为什么是个透明行业，但是别人就没办法负责。又是AI时代，又要跟人沟通。你跟AI沟通的时候，我们有好多同事就是喜欢晚上回到家之后，再对着AI，然后深夜聊，聊着聊着，聊到两三点，然后我是喜欢跟人去聊天。你可能会发现，跟人聊天也能达到那种性格状态，但是跟人聊天，更喜欢那种天马行空的思维想象，这样常来的经常说我比较熟悉。但是，你在AI时代，就是看谁的想象力能够控制我。我想其他人提问，讲课的时候有什么感觉?很久之前，我当时初二做了个研究，我一上去就直接忘词了，把我脑子一片空白。讲个课的话，就是提前会做一些什么准备，然后上课改天有什么?我跟你说，我上课，上课的话，就是我现在这个样子，没有淘宝，然后我把所有东西都放在脑子里面，然后会有一个PPT，比如说现在这一个，然后我会把它整体的一个主架构，然后给它记录。相当于是去某个描写，对某些组，然后又去某些描写。对，因为你要是不做PPT的话，因为我是一个比较喜欢发现的人，然后可能发现这个电视太牛逼了，</w:t>
      </w:r>
    </w:p>
    <w:p>
      <w:pPr>
        <w:pStyle w:val="Heading2"/>
        <w:keepNext/>
      </w:pPr>
      <w:r>
        <w:t>032  鹤卿  ·  s1139-s1186</w:t>
      </w:r>
    </w:p>
    <w:p>
      <w:pPr>
        <w:keepNext/>
        <w:spacing w:after="100"/>
      </w:pPr>
      <w:r>
        <w:rPr>
          <w:rFonts w:ascii="Arial Unicode MS" w:hAnsi="Arial Unicode MS" w:eastAsia="Arial Unicode MS"/>
          <w:color w:val="5F6368"/>
          <w:sz w:val="17"/>
        </w:rPr>
        <w:t>主题：人机协作 / 机会判断 / 个人成长 / 工具实践    用途：方法 / 案例 / 行动 / 观点    识别置信度：high</w:t>
      </w:r>
    </w:p>
    <w:p>
      <w:pPr>
        <w:spacing w:after="200" w:line="300" w:lineRule="auto"/>
      </w:pPr>
      <w:r>
        <w:t>然后整条街都开始讨论了，这个PPT是防止我能够稳定地走到最后。因为我们部门也有好多我们领导，我们一个姐姐也挺好的，他们也是之前从腾讯去阿富汗出来的，他们是很有讲究经验的，然后对我说，讲完比讲好更重要，你要先把这堂课给讲完，然后到后面再徒断地去结代，怎么能够在细节上去讲好。然后现在这堂课是我去设计教案，设计PPT，设计讲课的内容，互动的环节，基本上都是我来的，然后都是通过AI。然后这一些基本上就是，我上去第一次也老慌了，虽然我说话都比较差，但是我就硬装着，硬插着说，你装也要给我装的太多了，太强了，太稳了，但其实我下来之后两腿都是软的。但是你捡了多久你就会发现，你就是逐渐的就适应了。但是每次我该焦虑还是焦虑，然后每次焦虑的点还不一样，因为我也不知道DNA要回来到什么部分。所以说这个部分就是我在厂长那成长的比较大的一个点吧，也感谢厂长给我这个平台的机会。因为你会发现在AI时代是这个时代推动，你有能力你不少，然后我也是刚好之前在学校的，因为我在学校的时候就去了，我是在学校里面60分钟就进行了那种，然后我去研究一些七七八八的，然后DI啊，怎么跟人一样沟通啊这些。你问的问题非常好，但是我其实听何清讲的，听了很多，你打断一下，我有点乱了。</w:t>
      </w:r>
    </w:p>
    <w:p>
      <w:pPr>
        <w:pStyle w:val="Heading2"/>
        <w:keepNext/>
      </w:pPr>
      <w:r>
        <w:t>033  鹤卿  ·  s1187-s1249</w:t>
      </w:r>
    </w:p>
    <w:p>
      <w:pPr>
        <w:keepNext/>
        <w:spacing w:after="100"/>
      </w:pPr>
      <w:r>
        <w:rPr>
          <w:rFonts w:ascii="Arial Unicode MS" w:hAnsi="Arial Unicode MS" w:eastAsia="Arial Unicode MS"/>
          <w:color w:val="5F6368"/>
          <w:sz w:val="17"/>
        </w:rPr>
        <w:t>主题：人机协作 / 销售成交 / 个人成长 / 工具实践    用途：方法 / 案例 / 行动 / 观点    识别置信度：high</w:t>
      </w:r>
    </w:p>
    <w:p>
      <w:pPr>
        <w:spacing w:after="200" w:line="300" w:lineRule="auto"/>
      </w:pPr>
      <w:r>
        <w:t>没事没事，大家都可以永远举手啊。对对。可是你问的真的很好，谢谢你。好，给你哥哥两个抱抱。对对对。然后基本上你看，这句话吧，也说自己一个子流民吧，不要成就出发也。有的时候，这也是AI时代嘛，有的时候我老慌了，老焦虑了，焦虑就相当于我经常给自己提前吃屎，但是我又经常吃屎。然后就跟他们联系啊，就感觉看破了，他说好啥呀，我也不知道这是啥呀，然后那你就一点一点给他拆分，拆分到最小的环境下，他总有一个点是能做的，然后那就不停的去梳理，就比如说，那天，真的，那一场是千人大课，我一个人要讲四个小题啊，就是两天，然后我就说哇，这咋讲，然后我就说，当时更抽象的是，我讲完第一天上午的，第一天下午的课件我还没做，我只有个大缸竹子稿。所以说，哇，我就感觉，哇，先崩了。那你就把上午做完之后，然后中午让AI去睡，然后下午再喷竹子稿，然后再去给它讲，然后抢完再去做晚上，然后最后也算是完成了。所以说，你看，我们现在手里面大家都会有那几个工具，会写一些提示词。其实你会发现，那重要吗?重要，但是也不重要。重要的是你要能够找到自己去能够去做资源沉淀，去给别人真正的带来效率的地方，你能解决问题。有的时候会感觉，这东西也没啥用的。但是客户会感觉，太厉害了。</w:t>
      </w:r>
    </w:p>
    <w:p>
      <w:pPr>
        <w:pStyle w:val="Heading2"/>
        <w:keepNext/>
      </w:pPr>
      <w:r>
        <w:t>034  鹤卿  ·  s1250-s1300</w:t>
      </w:r>
    </w:p>
    <w:p>
      <w:pPr>
        <w:keepNext/>
        <w:spacing w:after="100"/>
      </w:pPr>
      <w:r>
        <w:rPr>
          <w:rFonts w:ascii="Arial Unicode MS" w:hAnsi="Arial Unicode MS" w:eastAsia="Arial Unicode MS"/>
          <w:color w:val="5F6368"/>
          <w:sz w:val="17"/>
        </w:rPr>
        <w:t>主题：业务建模 / 人机协作 / 知识复用 / 个人成长    用途：方法 / 案例 / 行动 / 观点    识别置信度：high</w:t>
      </w:r>
    </w:p>
    <w:p>
      <w:pPr>
        <w:spacing w:after="200" w:line="300" w:lineRule="auto"/>
      </w:pPr>
      <w:r>
        <w:t>我们可能没有他那么真实的业务场景。所以说，你如果想让你的敌人落地，那你就要有一个最好的业务场景。你像我们这样的人，当时讲课的时候有些学员，他们有的甚至还在上海，有的是学生，但是他没业务，他就是抱着救命报告的身份来学业。那完全是空中模糊啊，非常可怕。因为即便你有一个什么，比如说写一个线路书啊，写一个我们的大作业也好，或者是论文，那么你把这一个链路给它走完，走避完，你会发现，它整体的这个任务的复杂程度能够去体现，去拆解到你后面的更多的项目里面。所以说，大家不要讲所谓的概念，我很牛逼，我知道。那么你要有最小的一个应用场景，任何场景都可以。你要实在不灵了，你就每天激活你自己的生活，我今天又激活了。碳水又涉足过量的。那么你把这些海淀出去，你给它存在成一个知识库，存在成一个文章，都带走，每天去检查，好，一个月之后，哇，你这个月状态非常好，你的维生素12无非非常豁门。那么是不是你也可以让别人来负责?那么这些都是你可以后面拿来去附庸，去拆解的一些东西。这就是我说的三个用语，你跑出一个真实的闭环，就是输入是什么，AI完全是什么，人来负责什么，以及输出给谁，你怎么判断它好不好，好不好还是，就是你包括现在GDP还会产生大量的那种垃圾，</w:t>
      </w:r>
    </w:p>
    <w:p>
      <w:pPr>
        <w:pStyle w:val="Heading2"/>
        <w:keepNext/>
      </w:pPr>
      <w:r>
        <w:t>035  鹤卿  ·  s1301-s1350</w:t>
      </w:r>
    </w:p>
    <w:p>
      <w:pPr>
        <w:keepNext/>
        <w:spacing w:after="100"/>
      </w:pPr>
      <w:r>
        <w:rPr>
          <w:rFonts w:ascii="Arial Unicode MS" w:hAnsi="Arial Unicode MS" w:eastAsia="Arial Unicode MS"/>
          <w:color w:val="5F6368"/>
          <w:sz w:val="17"/>
        </w:rPr>
        <w:t>主题：业务建模 / 人机协作 / 销售成交 / 工具实践    用途：方法 / 案例 / 行动 / 观点    识别置信度：high</w:t>
      </w:r>
    </w:p>
    <w:p>
      <w:pPr>
        <w:spacing w:after="200" w:line="300" w:lineRule="auto"/>
      </w:pPr>
      <w:r>
        <w:t>那么你就要判断它好不好，你一下子怎么融化，好玩也很便宜，胜过你，又输出了那条视频，又输出了那条视频。你看，你每做完一次，就要留下一套池塘，留下一套局势词，留下一套模板。比如说我现在，我有一个做英语的，我有一个做其他的一个身心灵疗愈的，那么他们可能都有着同一个需求，那么我后面我可以改一个主题，改一个框架，他就能够直接用了。一个主题，一个模板，一个清代，一个SOP，一个利用场景，甚至一套流程图。就是这个流程图给大家展开讲一下，你可以做一个Memo的图就是一个思维导播那种，因为你现在的业务流程不是很多，但是当你的业务流程足够大，足够庞大的时候，你不知道要从哪条线开始。但是你把思维导播做出来之后，你就可以拆分出几条线，然后再把几条线给它串联或者并联起来，那就拼成整张地图了。不要只问AI能帮我做什么，还要问我这件货里面真正有价值的判断是什么。你会发现判断这个非常重要。你是怎么研判这个文章是好是坏的，这个图片，它的感觉，你要把你那种感觉给它判断出来，描述出来。我经常听我客户说，你不会描述没问题，你就把你那种懵懂懂的感觉告诉AI，然后你让AI逐渐记住你这种感觉了。所以说你看，真正的价值的判断是什么?就是这些东西，</w:t>
      </w:r>
    </w:p>
    <w:p>
      <w:pPr>
        <w:pStyle w:val="Heading2"/>
        <w:keepNext/>
      </w:pPr>
      <w:r>
        <w:t>036  鹤卿  ·  s1351-s1395</w:t>
      </w:r>
    </w:p>
    <w:p>
      <w:pPr>
        <w:keepNext/>
        <w:spacing w:after="100"/>
      </w:pPr>
      <w:r>
        <w:rPr>
          <w:rFonts w:ascii="Arial Unicode MS" w:hAnsi="Arial Unicode MS" w:eastAsia="Arial Unicode MS"/>
          <w:color w:val="5F6368"/>
          <w:sz w:val="17"/>
        </w:rPr>
        <w:t>主题：业务建模 / 人机协作 / 知识复用 / 个人成长    用途：方法 / 案例 / 行动 / 观点    识别置信度：high</w:t>
      </w:r>
    </w:p>
    <w:p>
      <w:pPr>
        <w:spacing w:after="200" w:line="300" w:lineRule="auto"/>
      </w:pPr>
      <w:r>
        <w:t>他怎么能够判断这个人是好是坏，都哪些纹路，哪些标准，哪些经验是只存在某个人的脑子里面的，怎么能够让他变成团队可被附庸的能力?因为它就相当于一个管道，它最后流向于哪里，取决于你有没有业务流程，你如果你有的业务流程是什么一美咨询的，好，那它最后聚焦落地于一美咨询这个场景，好，如果我现在是做一个做教培，我甚至做1对1的辅导。给大家说一个我这会想到的一个案例，你们可以后面有资源可以去试一试。比如说你接了一个1对1的小孩，你是不是可以把这个小孩的所有的信息情况呈现下来，混成一个知识库，让AI每次你去辅导他。我这个月辅导了他的导数，他的函数，他的一个物理方面的然后不断地让AI去沉淀他的记忆，他的用户化线越来越明确，那么你是不是就知道现在这个小孩他做得好，就是你能够预判他下一步的方向会是什么，那这是不是就是我们的一个应用程序，你有专业，好，比如说你这学校有专业，你这学校有专业，好，你数学很好，你英语很好，你去教这小孩，这小孩，30分，好， 30分没问题，我们把三分，哪里误会哪里误会，然后全部记下来，然后把它所有的点以及时间，就是前期你要跟它需求沟通对接好。然后，好，那我是不是就相当于说，我们有一个它的线状，好，你从你的线状怎么达到彼岸，</w:t>
      </w:r>
    </w:p>
    <w:p>
      <w:pPr>
        <w:pStyle w:val="Heading2"/>
        <w:keepNext/>
      </w:pPr>
      <w:r>
        <w:t>037  鹤卿  ·  s1396-s1436</w:t>
      </w:r>
    </w:p>
    <w:p>
      <w:pPr>
        <w:keepNext/>
        <w:spacing w:after="100"/>
      </w:pPr>
      <w:r>
        <w:rPr>
          <w:rFonts w:ascii="Arial Unicode MS" w:hAnsi="Arial Unicode MS" w:eastAsia="Arial Unicode MS"/>
          <w:color w:val="5F6368"/>
          <w:sz w:val="17"/>
        </w:rPr>
        <w:t>主题：人机协作 / 行动方法 / 销售成交 / 工具实践    用途：方法 / 案例 / 行动 / 观点    识别置信度：high</w:t>
      </w:r>
    </w:p>
    <w:p>
      <w:pPr>
        <w:spacing w:after="200" w:line="300" w:lineRule="auto"/>
      </w:pPr>
      <w:r>
        <w:t>好，彼岸，好， ABCD，好，你120分以下，你孤归单子到350，好， 350怎么给你安排，然后一周背几百个几百个。那是不是在这整条链路上，好，快清晰之后，那你AI是不是就能够获能它了，也就获能你了。那是不是你这个ID出来之后，你就可以教育其他小孩。你甚至可以针对不同的小孩，不同的分数段来设不同的分数图。是不是?其实每个人都有自己的结果。你有自己的闪光链，每个人都有自己的闪光链，你要赛局发现你，然后你都可以给他参与的服务。只不过是不能过大过小。当然，包括我们在这个里面，销售智能体也好，或者其他智能体也好，它只能让，比如说，如果销贯的能力是95分，那么我们销售智能体能够把这一群，比如说，大家是一群新进来的销售，好，大家的分数可能只有45分，那么我们能把45分拉平到80分。剩下的十五分甚至二十分就要看你自身的天赋和努力，尤其是到最后那五分，就是看谁的努力和天赋。因为AI它就能够把平均值给拉高，但是它的顶点后果还是那样。会用AI吗?是让一个人做得更快，好。那么用AI来把事情做成，就是让一群人可以持续地创造结果。就比如说我们现在给大家安排的创造图片也好，或者剪辑那些也好。这个能够从一个人，</w:t>
      </w:r>
    </w:p>
    <w:p>
      <w:pPr>
        <w:pStyle w:val="Heading2"/>
        <w:keepNext/>
      </w:pPr>
      <w:r>
        <w:t>038  鹤卿  ·  s1437-s1487</w:t>
      </w:r>
    </w:p>
    <w:p>
      <w:pPr>
        <w:keepNext/>
        <w:spacing w:after="100"/>
      </w:pPr>
      <w:r>
        <w:rPr>
          <w:rFonts w:ascii="Arial Unicode MS" w:hAnsi="Arial Unicode MS" w:eastAsia="Arial Unicode MS"/>
          <w:color w:val="5F6368"/>
          <w:sz w:val="17"/>
        </w:rPr>
        <w:t>主题：业务建模 / 人机协作 / 行动方法 / 销售成交    用途：案例 / 行动 / 观点    识别置信度：high</w:t>
      </w:r>
    </w:p>
    <w:p>
      <w:pPr>
        <w:spacing w:after="200" w:line="300" w:lineRule="auto"/>
      </w:pPr>
      <w:r>
        <w:t>好，我能够把一群人持续地正向输出到一个结果上面，来去产生所谓的证据化。会用解决某一项问题，做成能够解决一条业务链的问题，那么你把它持续做成，才能形成真正的组织力。所以说这一个就是，你的信息差，你的时间差，我会用，我比他们学得早，我做成，我有这个技术，然后我把这些技术给它封装持续，变成组织能力，组织差出来了。那这其实就是我们主动去节纳，从个人，什么OPC那些，搭建起你两个小团队，然后到十个人团队，然后持续做什么，然后这个这个。就是， AI这个时代就是，前期的滚雪球滚得非常痛苦，因为年轻人还好一点，因为我们有好多年纪大一点的，他们是很有底触的，就不想做。因为，又拿我们公司举例，因为我们公司在AI化改造的过程中间，陆陆续续离开了很多小伙伴。因为之前你会发现，销售好，我打完一通电话就没了。但是现在，我既要打完电话，还要把这个录音放给AI，还要看AI生成的内容，还要把这个内容返回到推出里面。当然这是我们上一个阶段，就是大家很痛苦。但是你会发现，你把这个水滚逐渐地滚起来之后，之前我们这儿有一个三十多年来最强的一个销售，就是通过这个。咱们的销售还是四十多年的时候，就通过主要的商业副产品银行，然后陈建英的发行，然后来去注册他自身的销售，</w:t>
      </w:r>
    </w:p>
    <w:p>
      <w:pPr>
        <w:pStyle w:val="Heading2"/>
        <w:keepNext/>
      </w:pPr>
      <w:r>
        <w:t>039  鹤卿  ·  s1488-s1543</w:t>
      </w:r>
    </w:p>
    <w:p>
      <w:pPr>
        <w:keepNext/>
        <w:spacing w:after="100"/>
      </w:pPr>
      <w:r>
        <w:rPr>
          <w:rFonts w:ascii="Arial Unicode MS" w:hAnsi="Arial Unicode MS" w:eastAsia="Arial Unicode MS"/>
          <w:color w:val="5F6368"/>
          <w:sz w:val="17"/>
        </w:rPr>
        <w:t>主题：人机协作 / 销售成交 / 工具实践    用途：方法 / 案例 / 行动 / 观点    识别置信度：high</w:t>
      </w:r>
    </w:p>
    <w:p>
      <w:pPr>
        <w:spacing w:after="200" w:line="300" w:lineRule="auto"/>
      </w:pPr>
      <w:r>
        <w:t>然后来抢，然后他们三个，他们对咱们实际上来说，最强的一个销售官方，就是通过这一套。所以说，天上的雨，还会持续地下，不停地下，甚至猛猛地下。那么我们真正要做的是，就是在这儿往跑啊，Club的不一样啊，用Club，FiveR5就厉害用了。用FiveR5，然后Codex嘛，用Codex。你要全部掌握这四个区域，然后你投入的方向，然后挖一个属于自己的池塘。这个池塘可以大，可以小。你池塘挖了多少，你是不是跟华特连城一片晃一样大啊?然后在这里呢，也给大家大家分享一下我们的公司和厂长我们的价值观吧。我们第一条价值观就是，文贵则喜欢是傻逼。这句话听起来比较抽象，然后厂长就说，你真是个傻逼，把我带成傻逼了。我相信有去过我们公司的小伙伴就知道，之前我们在保安中心那边，我那门上就贴着我是傻逼这一个。它就相当于是，如果你觉得你的AI技术已经很无敌了，哇，他都是傻逼。然后，你感觉，这是什么呀?然后，那你其实你做错误的你都成傻逼对不对?然后你就会发现，靠谱说这东西不好用，傻逼，这是什么玩意儿啊?他没有眼光，懂了吗?所以说，所以说这就是当你把问题都从自身上，就是把我们意识上说，包括你做这东西也好，做其他也好，就是把复杂的留给自己，把简单的留给用户，</w:t>
      </w:r>
    </w:p>
    <w:p>
      <w:pPr>
        <w:pStyle w:val="Heading2"/>
        <w:keepNext/>
      </w:pPr>
      <w:r>
        <w:t>040  鹤卿  ·  s1544-s1563</w:t>
      </w:r>
    </w:p>
    <w:p>
      <w:pPr>
        <w:keepNext/>
        <w:spacing w:after="100"/>
      </w:pPr>
      <w:r>
        <w:rPr>
          <w:rFonts w:ascii="Arial Unicode MS" w:hAnsi="Arial Unicode MS" w:eastAsia="Arial Unicode MS"/>
          <w:color w:val="5F6368"/>
          <w:sz w:val="17"/>
        </w:rPr>
        <w:t>主题：机会判断 / 销售成交 / 个人成长    用途：案例 / 行动 / 观点    识别置信度：high</w:t>
      </w:r>
    </w:p>
    <w:p>
      <w:pPr>
        <w:spacing w:after="200" w:line="300" w:lineRule="auto"/>
      </w:pPr>
      <w:r>
        <w:t>这也是做产品经理经常会说的一个方向。我们其实就可以去不断地携带优化的点会有很多，那么你成长的机会也会有很多。所以说，这个也是我们公司目前一直说的一个价值观，文获得起，我是傻逼。所以说，就是能够被指出问题还能够笑得出来的人和场景，因为有些人他被指出问题之后，他就不敢。那么不敢，你就错失了，也像江哥之前说的，就是你犯错是最快的进步方式。所以说这句话要送给大家，接下来。对啊，今天晚上刚刚好。大家可以提供一些方法。您刚刚说</w:t>
      </w:r>
    </w:p>
    <w:p>
      <w:pPr>
        <w:pStyle w:val="Heading2"/>
        <w:keepNext/>
      </w:pPr>
      <w:r>
        <w:t>041  鹤卿  ·  s1581-s1627</w:t>
      </w:r>
    </w:p>
    <w:p>
      <w:pPr>
        <w:keepNext/>
        <w:spacing w:after="100"/>
      </w:pPr>
      <w:r>
        <w:rPr>
          <w:rFonts w:ascii="Arial Unicode MS" w:hAnsi="Arial Unicode MS" w:eastAsia="Arial Unicode MS"/>
          <w:color w:val="5F6368"/>
          <w:sz w:val="17"/>
        </w:rPr>
        <w:t>主题：业务建模 / 人机协作 / 机会判断 / 销售成交 / 工具实践    用途：方法 / 案例 / 行动    识别置信度：high</w:t>
      </w:r>
    </w:p>
    <w:p>
      <w:pPr>
        <w:spacing w:after="200" w:line="300" w:lineRule="auto"/>
      </w:pPr>
      <w:r>
        <w:t>业务再做过全。教你一招。看见这个是什么，打开DVD，打开语音输入，你下次去的时候，就不过我们现在谈客户，跟客户第一次开启都会做项目互动的时候就是这样，你把语音输入打开，你尽可能让他尽情的说，说得越多越好，因为这样你的信息源就会足够的多，然后好，会设，发行，然后这样就让他去进行筛解。包括我们现在上线下课也是这样，我们厂长的所有的课程笔记也好，都是通过这样的形式去进行的。然后你就可以，比如说，好，你跟这个老板对接完，他可能有三个项目点，或者是五条线，那么你就可以，比如说你如果有在用codex的话，你可以把这五个点拆分成五个项目，然后如果你用项目的话，你就把它变成一个进项目，A线B线，然后同时在这些项目里面呢，你都可以去给他放上对应的支持户跟提示词。你看，这里的来源，你都可以放上他们公司的所有能用的。当然，这里最主要还是建议你放Word文档，因为Excel表格的话，它的数据量太大了，而且是平面数据，它里面的字段那些都很模糊。所以说，有图片的话，PPT的话，你就把核心的那一页给它放上去，因为PPT也是它先拆解图片，然后再提取文字。所以说在这个里面你也可以你设定一些方案及其词来放到这个里面来让AI</w:t>
      </w:r>
    </w:p>
    <w:p>
      <w:pPr>
        <w:pStyle w:val="Heading2"/>
        <w:keepNext/>
      </w:pPr>
      <w:r>
        <w:t>042  鹤卿  ·  s1634-s1638</w:t>
      </w:r>
    </w:p>
    <w:p>
      <w:pPr>
        <w:keepNext/>
        <w:spacing w:after="100"/>
      </w:pPr>
      <w:r>
        <w:rPr>
          <w:rFonts w:ascii="Arial Unicode MS" w:hAnsi="Arial Unicode MS" w:eastAsia="Arial Unicode MS"/>
          <w:color w:val="5F6368"/>
          <w:sz w:val="17"/>
        </w:rPr>
        <w:t>主题：人机协作    用途：学习    识别置信度：medium</w:t>
      </w:r>
    </w:p>
    <w:p>
      <w:pPr>
        <w:spacing w:after="200" w:line="300" w:lineRule="auto"/>
      </w:pPr>
      <w:r>
        <w:t>成功?记忆，也是这样。智能体的记忆，还是AI的记忆?就是</w:t>
      </w:r>
    </w:p>
    <w:p>
      <w:pPr>
        <w:pStyle w:val="Heading2"/>
        <w:keepNext/>
      </w:pPr>
      <w:r>
        <w:t>043  鹤卿  ·  s1642-s1645</w:t>
      </w:r>
    </w:p>
    <w:p>
      <w:pPr>
        <w:keepNext/>
        <w:spacing w:after="100"/>
      </w:pPr>
      <w:r>
        <w:rPr>
          <w:rFonts w:ascii="Arial Unicode MS" w:hAnsi="Arial Unicode MS" w:eastAsia="Arial Unicode MS"/>
          <w:color w:val="5F6368"/>
          <w:sz w:val="17"/>
        </w:rPr>
        <w:t>主题：现场交流    用途：行动    识别置信度：medium</w:t>
      </w:r>
    </w:p>
    <w:p>
      <w:pPr>
        <w:spacing w:after="200" w:line="300" w:lineRule="auto"/>
      </w:pPr>
      <w:r>
        <w:t>的问题。因为我现在应该完全记不住。对，因为你现在还没有上手过，你上手过已经遇到</w:t>
      </w:r>
    </w:p>
    <w:p>
      <w:pPr>
        <w:pStyle w:val="Heading2"/>
        <w:keepNext/>
      </w:pPr>
      <w:r>
        <w:t>044  鹤卿  ·  s1670-s1699</w:t>
      </w:r>
    </w:p>
    <w:p>
      <w:pPr>
        <w:keepNext/>
        <w:spacing w:after="100"/>
      </w:pPr>
      <w:r>
        <w:rPr>
          <w:rFonts w:ascii="Arial Unicode MS" w:hAnsi="Arial Unicode MS" w:eastAsia="Arial Unicode MS"/>
          <w:color w:val="5F6368"/>
          <w:sz w:val="17"/>
        </w:rPr>
        <w:t>主题：销售成交    用途：案例 / 行动    识别置信度：high</w:t>
      </w:r>
    </w:p>
    <w:p>
      <w:pPr>
        <w:spacing w:after="200" w:line="300" w:lineRule="auto"/>
      </w:pPr>
      <w:r>
        <w:t>对，就是因为你上来，如果就上来一下，你上来的话小兵都不打，你打一个大boss又打不过，然后你打头啊，太难了，干不了。但是你几个小兵打完之后，你就会知道它的一个逻辑链是什么样，然后你就能够逐渐的去把这个链路给弄出来。我建议你可以先投他的那些内容进去看，IP号也行。因为他的直播的切片他都可以给你清醒的。像我经常去查他文件很多啊，你就把他变成万能的海量都给他，你告诉他什么，比如说他的工资啊，他的上下轨啊，还有他的一期啊，你想让他去一圈，他都能去一圈，只要你能告诉他。刚刚好，刚刚好收尾来着吧是我听过最有含金量的吗?没有，唐教授讲更有含金量的唐教授这样子讲肯定是个好评价对，我们这个相当于是现在市面上所说的一个FDE我们是不出厂的对，我们是一个大客户加上我们的技术来去全程的，比如说我们企业的贵宾商来配套客户硬件来根据我们伙大法官的意见换句话说是这样的，FDE</w:t>
      </w:r>
    </w:p>
    <w:p>
      <w:pPr>
        <w:pStyle w:val="Heading2"/>
        <w:keepNext/>
      </w:pPr>
      <w:r>
        <w:t>045  鹤卿  ·  s1722-s1724</w:t>
      </w:r>
    </w:p>
    <w:p>
      <w:pPr>
        <w:keepNext/>
        <w:spacing w:after="100"/>
      </w:pPr>
      <w:r>
        <w:rPr>
          <w:rFonts w:ascii="Arial Unicode MS" w:hAnsi="Arial Unicode MS" w:eastAsia="Arial Unicode MS"/>
          <w:color w:val="5F6368"/>
          <w:sz w:val="17"/>
        </w:rPr>
        <w:t>主题：销售成交    用途：学习    识别置信度：medium</w:t>
      </w:r>
    </w:p>
    <w:p>
      <w:pPr>
        <w:spacing w:after="200" w:line="300" w:lineRule="auto"/>
      </w:pPr>
      <w:r>
        <w:t>谁家销售不送东西来来去去你们就那么七八件事儿都做一个面所以谁家来了都就这么多东西家里有问题局长好</w:t>
      </w:r>
    </w:p>
    <w:p>
      <w:pPr>
        <w:pStyle w:val="Heading2"/>
        <w:keepNext/>
      </w:pPr>
      <w:r>
        <w:t>046  鹤卿  ·  s1726-s1735</w:t>
      </w:r>
    </w:p>
    <w:p>
      <w:pPr>
        <w:keepNext/>
        <w:spacing w:after="100"/>
      </w:pPr>
      <w:r>
        <w:rPr>
          <w:rFonts w:ascii="Arial Unicode MS" w:hAnsi="Arial Unicode MS" w:eastAsia="Arial Unicode MS"/>
          <w:color w:val="5F6368"/>
          <w:sz w:val="17"/>
        </w:rPr>
        <w:t>主题：机会判断 / 销售成交    用途：方法 / 行动    识别置信度：high</w:t>
      </w:r>
    </w:p>
    <w:p>
      <w:pPr>
        <w:spacing w:after="200" w:line="300" w:lineRule="auto"/>
      </w:pPr>
      <w:r>
        <w:t>课我还感谢你一波我还感谢厂长给我的机会他讲三万个课三万个课我还给他们讲我第一次上台老慌了你还安慰我不要慌了真的那时候是我们第一次三月的时候讲千人大课然后厂长让我提前做课但是提前做课我一丢光我还能不能讲上一次七月份我给你成功轰烂对抗，我给你对抗过的那一次?您对于个人对这些企业FDE有什么相关报价的经验吗?这你要问我们销售的人。这就是我们销售的问题了。我们跟</w:t>
      </w:r>
    </w:p>
    <w:p>
      <w:pPr>
        <w:pStyle w:val="Heading2"/>
        <w:keepNext/>
      </w:pPr>
      <w:r>
        <w:t>047  鹤卿  ·  s1785-s1790</w:t>
      </w:r>
    </w:p>
    <w:p>
      <w:pPr>
        <w:keepNext/>
        <w:spacing w:after="100"/>
      </w:pPr>
      <w:r>
        <w:rPr>
          <w:rFonts w:ascii="Arial Unicode MS" w:hAnsi="Arial Unicode MS" w:eastAsia="Arial Unicode MS"/>
          <w:color w:val="5F6368"/>
          <w:sz w:val="17"/>
        </w:rPr>
        <w:t>主题：现场交流    用途：观点    识别置信度：medium</w:t>
      </w:r>
    </w:p>
    <w:p>
      <w:pPr>
        <w:spacing w:after="200" w:line="300" w:lineRule="auto"/>
      </w:pPr>
      <w:r>
        <w:t>你讲了本体论的那个映射吗?你讲的那么抽象啊?你还是讲讲你真正干的活吧你别讲你干的太宏观了大成牛小成牛不用就是你做一个部门的拆分的时候你不也是本体营销吗对啊我也讲了一些讲了一些比较小的计划你讲的我现在是什么上海</w:t>
      </w:r>
    </w:p>
    <w:p>
      <w:pPr>
        <w:pStyle w:val="Heading2"/>
        <w:keepNext/>
      </w:pPr>
      <w:r>
        <w:t>048  鹤卿  ·  s2379-s2379</w:t>
      </w:r>
    </w:p>
    <w:p>
      <w:pPr>
        <w:keepNext/>
        <w:spacing w:after="100"/>
      </w:pPr>
      <w:r>
        <w:rPr>
          <w:rFonts w:ascii="Arial Unicode MS" w:hAnsi="Arial Unicode MS" w:eastAsia="Arial Unicode MS"/>
          <w:color w:val="5F6368"/>
          <w:sz w:val="17"/>
        </w:rPr>
        <w:t>主题：现场交流    用途：行动    识别置信度：medium</w:t>
      </w:r>
    </w:p>
    <w:p>
      <w:pPr>
        <w:spacing w:after="200" w:line="300" w:lineRule="auto"/>
      </w:pPr>
      <w:r>
        <w:t>不能直接单一的自盖你通过是通过一些对接他人的资源去获得到你要的我</w:t>
      </w:r>
    </w:p>
    <w:p>
      <w:pPr>
        <w:pStyle w:val="Heading2"/>
        <w:keepNext/>
      </w:pPr>
      <w:r>
        <w:t>049  鹤卿  ·  s2538-s2542</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先给江哥先给老板先给老板先给你我才能够认识我们老板呢那不见了先给床上床上待会儿啊三二一三二一大家今天下午收穫怎麼樣收穫大不大</w:t>
      </w:r>
    </w:p>
    <w:p>
      <w:pPr>
        <w:pStyle w:val="Heading2"/>
        <w:keepNext/>
      </w:pPr>
      <w:r>
        <w:t>050  鹤卿  ·  s2748-s2756</w:t>
      </w:r>
    </w:p>
    <w:p>
      <w:pPr>
        <w:keepNext/>
        <w:spacing w:after="100"/>
      </w:pPr>
      <w:r>
        <w:rPr>
          <w:rFonts w:ascii="Arial Unicode MS" w:hAnsi="Arial Unicode MS" w:eastAsia="Arial Unicode MS"/>
          <w:color w:val="5F6368"/>
          <w:sz w:val="17"/>
        </w:rPr>
        <w:t>主题：现场交流    用途：案例    识别置信度：medium</w:t>
      </w:r>
    </w:p>
    <w:p>
      <w:pPr>
        <w:spacing w:after="200" w:line="300" w:lineRule="auto"/>
      </w:pPr>
      <w:r>
        <w:t>能力都没有。对，就是我做图啊，还有一些可生化方面，其实我是达不到你们那种程度的。所以我当时看，哇，这么屌，好慌的，我看了说，哇，这么好屌啊，</w:t>
      </w:r>
    </w:p>
    <w:p>
      <w:pPr>
        <w:pStyle w:val="Heading2"/>
        <w:keepNext/>
      </w:pPr>
      <w:r>
        <w:t>051  鹤卿  ·  s2823-s2828</w:t>
      </w:r>
    </w:p>
    <w:p>
      <w:pPr>
        <w:keepNext/>
        <w:spacing w:after="100"/>
      </w:pPr>
      <w:r>
        <w:rPr>
          <w:rFonts w:ascii="Arial Unicode MS" w:hAnsi="Arial Unicode MS" w:eastAsia="Arial Unicode MS"/>
          <w:color w:val="5F6368"/>
          <w:sz w:val="17"/>
        </w:rPr>
        <w:t>主题：行动方法 / 销售成交    用途：案例 / 行动    识别置信度：medium</w:t>
      </w:r>
    </w:p>
    <w:p>
      <w:pPr>
        <w:spacing w:after="200" w:line="300" w:lineRule="auto"/>
      </w:pPr>
      <w:r>
        <w:t>就是他们。对，因为我之前有解决不了，然后请他们去，结果发现去了客户直接炸了，客户听不懂他在说啥，他觉得</w:t>
      </w:r>
    </w:p>
    <w:p>
      <w:pPr>
        <w:pStyle w:val="Heading2"/>
        <w:keepNext/>
      </w:pPr>
      <w:r>
        <w:t>052  鹤卿  ·  s2894-s2895</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学技术没有用，常常夸他的朋友圈视频圈什么技术啊这称王八蛋</w:t>
      </w:r>
    </w:p>
    <w:p>
      <w:pPr>
        <w:pStyle w:val="Heading2"/>
        <w:keepNext/>
      </w:pPr>
      <w:r>
        <w:t>053  鹤卿  ·  s2950-s2958</w:t>
      </w:r>
    </w:p>
    <w:p>
      <w:pPr>
        <w:keepNext/>
        <w:spacing w:after="100"/>
      </w:pPr>
      <w:r>
        <w:rPr>
          <w:rFonts w:ascii="Arial Unicode MS" w:hAnsi="Arial Unicode MS" w:eastAsia="Arial Unicode MS"/>
          <w:color w:val="5F6368"/>
          <w:sz w:val="17"/>
        </w:rPr>
        <w:t>主题：销售成交    用途：案例    识别置信度：medium</w:t>
      </w:r>
    </w:p>
    <w:p>
      <w:pPr>
        <w:spacing w:after="200" w:line="300" w:lineRule="auto"/>
      </w:pPr>
      <w:r>
        <w:t>之前找的都是销售，干地推，成天被那三天去体验，被保安追着跑了三天，然后我自己干崩溃了。真的呀，我当时在南山科技园那边，那个领导带我去扫楼，扫一个保安追着</w:t>
      </w:r>
    </w:p>
    <w:p>
      <w:pPr>
        <w:pStyle w:val="Heading2"/>
        <w:keepNext/>
      </w:pPr>
      <w:r>
        <w:t>054  鹤卿  ·  s2967-s2978</w:t>
      </w:r>
    </w:p>
    <w:p>
      <w:pPr>
        <w:keepNext/>
        <w:spacing w:after="100"/>
      </w:pPr>
      <w:r>
        <w:rPr>
          <w:rFonts w:ascii="Arial Unicode MS" w:hAnsi="Arial Unicode MS" w:eastAsia="Arial Unicode MS"/>
          <w:color w:val="5F6368"/>
          <w:sz w:val="17"/>
        </w:rPr>
        <w:t>主题：销售成交    用途：学习    识别置信度：medium</w:t>
      </w:r>
    </w:p>
    <w:p>
      <w:pPr>
        <w:spacing w:after="200" w:line="300" w:lineRule="auto"/>
      </w:pPr>
      <w:r>
        <w:t>卖了，卖多少钱?卖什么?卖一个教培产品，教培产品。教培产品，卖多少钱?一万。卖一万?总共加起来一万。那也挺好。对啊，起码你能卖出去</w:t>
      </w:r>
    </w:p>
    <w:p>
      <w:pPr>
        <w:pStyle w:val="Heading2"/>
        <w:keepNext/>
      </w:pPr>
      <w:r>
        <w:t>055  鹤卿  ·  s2996-s2999</w:t>
      </w:r>
    </w:p>
    <w:p>
      <w:pPr>
        <w:keepNext/>
        <w:spacing w:after="100"/>
      </w:pPr>
      <w:r>
        <w:rPr>
          <w:rFonts w:ascii="Arial Unicode MS" w:hAnsi="Arial Unicode MS" w:eastAsia="Arial Unicode MS"/>
          <w:color w:val="5F6368"/>
          <w:sz w:val="17"/>
        </w:rPr>
        <w:t>主题：销售成交    用途：学习    识别置信度：medium</w:t>
      </w:r>
    </w:p>
    <w:p>
      <w:pPr>
        <w:spacing w:after="200" w:line="300" w:lineRule="auto"/>
      </w:pPr>
      <w:r>
        <w:t>你多少包容量?好多个一百万好多个一百万?但是我是做触发IP的一个人我把我的产品，包括我的经验带给别人在小幕广举行过客你做的</w:t>
      </w:r>
    </w:p>
    <w:p>
      <w:pPr>
        <w:pStyle w:val="Heading2"/>
        <w:keepNext/>
      </w:pPr>
      <w:r>
        <w:t>056  鹤卿  ·  s3004-s3017</w:t>
      </w:r>
    </w:p>
    <w:p>
      <w:pPr>
        <w:keepNext/>
        <w:spacing w:after="100"/>
      </w:pPr>
      <w:r>
        <w:rPr>
          <w:rFonts w:ascii="Arial Unicode MS" w:hAnsi="Arial Unicode MS" w:eastAsia="Arial Unicode MS"/>
          <w:color w:val="5F6368"/>
          <w:sz w:val="17"/>
        </w:rPr>
        <w:t>主题：销售成交 / 个人成长    用途：案例    识别置信度：medium</w:t>
      </w:r>
    </w:p>
    <w:p>
      <w:pPr>
        <w:spacing w:after="200" w:line="300" w:lineRule="auto"/>
      </w:pPr>
      <w:r>
        <w:t>这高度支持还好，就是小王扣扣客，我觉得就是招客好，但是价格没挺上去，一千块钱一月。有多少个客户同事?三个客户，领阅三个客户，然后还有ID配方。你一月大概挣两万?差不多。大几?毕业</w:t>
      </w:r>
    </w:p>
    <w:p>
      <w:pPr>
        <w:pStyle w:val="Heading2"/>
        <w:keepNext/>
      </w:pPr>
      <w:r>
        <w:t>057  鹤卿  ·  s3036-s3041</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但是看的人也会变，你能懂我意思吗?我懂，就是那个风格调了之后，我也发现就是单纯的确是这样。同样的话，</w:t>
      </w:r>
    </w:p>
    <w:p>
      <w:pPr>
        <w:pStyle w:val="Heading2"/>
        <w:keepNext/>
      </w:pPr>
      <w:r>
        <w:t>058  鹤卿  ·  s3053-s3056</w:t>
      </w:r>
    </w:p>
    <w:p>
      <w:pPr>
        <w:keepNext/>
        <w:spacing w:after="100"/>
      </w:pPr>
      <w:r>
        <w:rPr>
          <w:rFonts w:ascii="Arial Unicode MS" w:hAnsi="Arial Unicode MS" w:eastAsia="Arial Unicode MS"/>
          <w:color w:val="5F6368"/>
          <w:sz w:val="17"/>
        </w:rPr>
        <w:t>主题：人机协作    用途：学习    识别置信度：medium</w:t>
      </w:r>
    </w:p>
    <w:p>
      <w:pPr>
        <w:spacing w:after="200" w:line="300" w:lineRule="auto"/>
      </w:pPr>
      <w:r>
        <w:t>的到对，我从运营展还转到了一个商务的，好像也有一个类似AI的公司吧，是做ATI</w:t>
      </w:r>
    </w:p>
    <w:p>
      <w:pPr>
        <w:pStyle w:val="Heading2"/>
        <w:keepNext/>
      </w:pPr>
      <w:r>
        <w:t>059  鹤卿  ·  s3075-s3077</w:t>
      </w:r>
    </w:p>
    <w:p>
      <w:pPr>
        <w:keepNext/>
        <w:spacing w:after="100"/>
      </w:pPr>
      <w:r>
        <w:rPr>
          <w:rFonts w:ascii="Arial Unicode MS" w:hAnsi="Arial Unicode MS" w:eastAsia="Arial Unicode MS"/>
          <w:color w:val="5F6368"/>
          <w:sz w:val="17"/>
        </w:rPr>
        <w:t>主题：销售成交    用途：行动    识别置信度：medium</w:t>
      </w:r>
    </w:p>
    <w:p>
      <w:pPr>
        <w:spacing w:after="200" w:line="300" w:lineRule="auto"/>
      </w:pPr>
      <w:r>
        <w:t>家好你给他买一柜子就行一柜子一万块钱一万块钱买两个应该的一定要有限期应该说那时候进个司总会</w:t>
      </w:r>
    </w:p>
    <w:p>
      <w:pPr>
        <w:pStyle w:val="Heading2"/>
        <w:keepNext/>
      </w:pPr>
      <w:r>
        <w:t>060  鹤卿  ·  s3091-s3092</w:t>
      </w:r>
    </w:p>
    <w:p>
      <w:pPr>
        <w:keepNext/>
        <w:spacing w:after="100"/>
      </w:pPr>
      <w:r>
        <w:rPr>
          <w:rFonts w:ascii="Arial Unicode MS" w:hAnsi="Arial Unicode MS" w:eastAsia="Arial Unicode MS"/>
          <w:color w:val="5F6368"/>
          <w:sz w:val="17"/>
        </w:rPr>
        <w:t>主题：业务建模 / 人机协作 / 个人成长    用途：案例    识别置信度：medium</w:t>
      </w:r>
    </w:p>
    <w:p>
      <w:pPr>
        <w:spacing w:after="200" w:line="300" w:lineRule="auto"/>
      </w:pPr>
      <w:r>
        <w:t>可以了大家到时候都在群里面把自己的学校专业或者是手上归了什么然后我们发个接龙什么的然后我们厂长这边比如说我们之前有一些线上课程录一些国内的AI的一些尺槽应用的一些视频大家后面都是一些线上的项目</w:t>
      </w:r>
    </w:p>
    <w:p>
      <w:pPr>
        <w:pStyle w:val="Heading2"/>
        <w:keepNext/>
      </w:pPr>
      <w:r>
        <w:t>061  鹤卿  ·  s3095-s3105</w:t>
      </w:r>
    </w:p>
    <w:p>
      <w:pPr>
        <w:keepNext/>
        <w:spacing w:after="100"/>
      </w:pPr>
      <w:r>
        <w:rPr>
          <w:rFonts w:ascii="Arial Unicode MS" w:hAnsi="Arial Unicode MS" w:eastAsia="Arial Unicode MS"/>
          <w:color w:val="5F6368"/>
          <w:sz w:val="17"/>
        </w:rPr>
        <w:t>主题：人机协作    用途：行动    识别置信度：medium</w:t>
      </w:r>
    </w:p>
    <w:p>
      <w:pPr>
        <w:spacing w:after="200" w:line="300" w:lineRule="auto"/>
      </w:pPr>
      <w:r>
        <w:t>散场了可能没地方去但还要准备咖啡还要几瓶咖啡发现前面有咖啡带一下对带一下让你的AI听记忆好好，学一学。像我们一般都是，你学完之后让AI再学一学。这都是让AI学了之后，然后我再感觉一下。包括我们上课都是这样啊，让AI学完之后，好，它已经变记忆了，已经懵懂懂了，懵懂懂了。</w:t>
      </w:r>
    </w:p>
    <w:p>
      <w:r>
        <w:br w:type="page"/>
      </w:r>
    </w:p>
    <w:p>
      <w:pPr>
        <w:pStyle w:val="Heading1"/>
      </w:pPr>
      <w:r>
        <w:t>姜哥语料库</w:t>
      </w:r>
    </w:p>
    <w:p>
      <w:pPr>
        <w:spacing w:after="240"/>
      </w:pPr>
      <w:r>
        <w:rPr>
          <w:rFonts w:ascii="Arial Unicode MS" w:hAnsi="Arial Unicode MS" w:eastAsia="Arial Unicode MS"/>
          <w:color w:val="5F6368"/>
          <w:sz w:val="21"/>
        </w:rPr>
        <w:t>真实需求、资源连接、结果导向与机会判断  |  30 条记录</w:t>
      </w:r>
    </w:p>
    <w:p>
      <w:pPr>
        <w:pStyle w:val="Heading2"/>
        <w:keepNext/>
      </w:pPr>
      <w:r>
        <w:t>001  姜哥  ·  s1067-s1073</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20%、20%、20%、20%、20%、20%、20%、20%、</w:t>
      </w:r>
    </w:p>
    <w:p>
      <w:pPr>
        <w:pStyle w:val="Heading2"/>
        <w:keepNext/>
      </w:pPr>
      <w:r>
        <w:t>002  姜哥  ·  s1761-s1763</w:t>
      </w:r>
    </w:p>
    <w:p>
      <w:pPr>
        <w:keepNext/>
        <w:spacing w:after="100"/>
      </w:pPr>
      <w:r>
        <w:rPr>
          <w:rFonts w:ascii="Arial Unicode MS" w:hAnsi="Arial Unicode MS" w:eastAsia="Arial Unicode MS"/>
          <w:color w:val="5F6368"/>
          <w:sz w:val="17"/>
        </w:rPr>
        <w:t>主题：行动方法    用途：行动    识别置信度：medium</w:t>
      </w:r>
    </w:p>
    <w:p>
      <w:pPr>
        <w:spacing w:after="200" w:line="300" w:lineRule="auto"/>
      </w:pPr>
      <w:r>
        <w:t>技巧没什么你们现在都在做啥就是作业要拿到结果你准备了吗都没有啊都在做啥有没有自己在做事</w:t>
      </w:r>
    </w:p>
    <w:p>
      <w:pPr>
        <w:pStyle w:val="Heading2"/>
        <w:keepNext/>
      </w:pPr>
      <w:r>
        <w:t>003  姜哥  ·  s1824-s1834</w:t>
      </w:r>
    </w:p>
    <w:p>
      <w:pPr>
        <w:keepNext/>
        <w:spacing w:after="100"/>
      </w:pPr>
      <w:r>
        <w:rPr>
          <w:rFonts w:ascii="Arial Unicode MS" w:hAnsi="Arial Unicode MS" w:eastAsia="Arial Unicode MS"/>
          <w:color w:val="5F6368"/>
          <w:sz w:val="17"/>
        </w:rPr>
        <w:t>主题：业务建模 / 人机协作 / 机会判断 / 行动方法 / 销售成交    用途：方法 / 案例 / 行动 / 观点    识别置信度：high</w:t>
      </w:r>
    </w:p>
    <w:p>
      <w:pPr>
        <w:spacing w:after="200" w:line="300" w:lineRule="auto"/>
      </w:pPr>
      <w:r>
        <w:t>来深圳一共两件事儿一件事儿是来看看长长第二件事儿看看大家看看长长就带你们看一看他们在做什么东西靠什么东西赚钱你们知道一下说赚钱这个东西肯定越有市场趋势我们一满足就来赚一个钱我们会面临一个长期选择跟短期选择所以你们多看看了之后才能有自己的感受第二个呢我们后面可能在深圳文书连会来深圳在来之前应该会有一个两百人到三百人的一个聚会吧对你们提前知道一下希望我们下次聚会的时候你们多拿出一些自己的成果来你不要通过AI搞一点取悦自己的做作品做作图自嗨也行嘛你得融入到业务当中去你才能拿到实际的价值如果你学会了一个东西不能创造价值那就没有意义啊以价值为导向吧我可能会给大家讲几个点吧这点本来是在70加1里也要给大家分享一个呢就叫穿透性你们看事情的时候很多时候都只看一个点我看到了这个结果你透过结果要分析他的目的和动机他想要什么他说了什么他所说的所有话都是为了拿到这个结果的你们会信息扩展看了很多比如说看了十件事但我们看事可能只想看这一件事就是他想要什么然后他的目的就是什么决定了他用什么样拙劣的方法说什么话做什么事，带了谁，拿了什么礼物，所有所有展现利益的东西，你们分析这十个没有意义，要通过这十个分析它的目的性，你才能知道它要做什么。</w:t>
      </w:r>
    </w:p>
    <w:p>
      <w:pPr>
        <w:pStyle w:val="Heading2"/>
        <w:keepNext/>
      </w:pPr>
      <w:r>
        <w:t>004  姜哥  ·  s1835-s1861</w:t>
      </w:r>
    </w:p>
    <w:p>
      <w:pPr>
        <w:keepNext/>
        <w:spacing w:after="100"/>
      </w:pPr>
      <w:r>
        <w:rPr>
          <w:rFonts w:ascii="Arial Unicode MS" w:hAnsi="Arial Unicode MS" w:eastAsia="Arial Unicode MS"/>
          <w:color w:val="5F6368"/>
          <w:sz w:val="17"/>
        </w:rPr>
        <w:t>主题：业务建模 / 机会判断 / 行动方法 / 销售成交    用途：方法 / 案例 / 行动 / 观点    识别置信度：high</w:t>
      </w:r>
    </w:p>
    <w:p>
      <w:pPr>
        <w:spacing w:after="200" w:line="300" w:lineRule="auto"/>
      </w:pPr>
      <w:r>
        <w:t>你具备一个叫评判性视角，或者分析性的视角，这样你才能得到有效的信息，要不然这个信息它就不是有效的，它对你而言是个干扰。所以很多人一眨眼就知道他的目的是什么做任何事情之前都要在我之上他想要什么样的结果有什么样的目的再去看他干这些实验的事你就都懂了他做了一个很傻逼的行为他做了一个很牛逼的行为他请所有人吃了饭他的目的是要什么你这样才能分析出来，咱能做有效的匹配啊要不然你永远都看不懂他在做啥是因为你不知道他的目的是什么这就是我给大家讲的所谓的穿透性第二个呢讲的叫以己为中心它跟穿透性也相关你做任何事情都要以己为中心做这件事和你有什么关系你能拿到什么样的结果就是大家做的东西都很梦幻有人做一个工作可能干十年并不知道自己要拿到什么样的结果那就都属于白干了呀就在消耗啊绝大多数人的人生都是被消耗掉十年因为他没有以自己发展为中心就是大家让我干我就干他们都干我就干为什么同样的公司同样的人，同样的业务，有人就赚钱呢?有人就赚钱，有人就不赚钱呢?就是因为他没有做到以己为中心。我见过很多大哥，那个，这个大哥干嘛呢?帮他拿出手机给我看别人跟他的聊天记录。你们第一版的人，比如说我拿出手机，比如说你看数学是这样说的，你们什么感觉?什么感觉?你没什么感觉吗?</w:t>
      </w:r>
    </w:p>
    <w:p>
      <w:pPr>
        <w:pStyle w:val="Heading2"/>
        <w:keepNext/>
      </w:pPr>
      <w:r>
        <w:t>005  姜哥  ·  s1862-s1873</w:t>
      </w:r>
    </w:p>
    <w:p>
      <w:pPr>
        <w:keepNext/>
        <w:spacing w:after="100"/>
      </w:pPr>
      <w:r>
        <w:rPr>
          <w:rFonts w:ascii="Arial Unicode MS" w:hAnsi="Arial Unicode MS" w:eastAsia="Arial Unicode MS"/>
          <w:color w:val="5F6368"/>
          <w:sz w:val="17"/>
        </w:rPr>
        <w:t>主题：业务建模 / 人机协作 / 机会判断 / 销售成交    用途：方法 / 案例 / 行动 / 观点    识别置信度：high</w:t>
      </w:r>
    </w:p>
    <w:p>
      <w:pPr>
        <w:spacing w:after="200" w:line="300" w:lineRule="auto"/>
      </w:pPr>
      <w:r>
        <w:t>感觉是什么?对，什么感觉呢?不对啊，就是比如说我想干什么说了我的目的是什么我的目的是什么或者我拿他的信息给厂长看我说这家伙跟我说了啥给他看我把谁卖了呢我说把他卖了呀那我想给厂长看那我想结交谁呀理解吗那如果在我有价值的时候我就能出卖他那是不是意味着当我想要价值的时候就能够再出卖你们啊理解吗所以当这个说这个大哥非常非常有钱就是沈总是吧身家东妈又骂头有这些钱的时候说他怎么能干这个事呢他对我这个沈总对我还不错但他的这个行为让我觉得当有一天他养了价值的时候他也会出卖我理解这个意思吗那他就是叫以己为中心他在干什么我就通过这个事就能看到他是以己为中心的他在发展他的业务他试图出卖别人来来创造价值来告诉我这件事儿理解那再反对同学大哥说你们每个人给我花了一万块他再花两万块请我们所有人吃顿饭明白吗他是能打正的所以很多人当你去观察细节的时候就能反对出来他想要什么东西基于他要的东西就能判断他的每个行为在干什么理解这个意思吗另外投资要以自身长久价值为发展你们前面有人说老板要跟我合作那我应该怎么做如果你们是厂长或者是我那我要挖掘用户需求比如说我们去想跟这个老板合作合作的时候要先问清他的需求他说了他的需求，你要确定他的需求，就是让他收工，他说的越多，</w:t>
      </w:r>
    </w:p>
    <w:p>
      <w:pPr>
        <w:pStyle w:val="Heading2"/>
        <w:keepNext/>
      </w:pPr>
      <w:r>
        <w:t>006  姜哥  ·  s1874-s1883</w:t>
      </w:r>
    </w:p>
    <w:p>
      <w:pPr>
        <w:keepNext/>
        <w:spacing w:after="100"/>
      </w:pPr>
      <w:r>
        <w:rPr>
          <w:rFonts w:ascii="Arial Unicode MS" w:hAnsi="Arial Unicode MS" w:eastAsia="Arial Unicode MS"/>
          <w:color w:val="5F6368"/>
          <w:sz w:val="17"/>
        </w:rPr>
        <w:t>主题：业务建模 / 机会判断 / 销售成交 / 个人成长    用途：方法 / 行动 / 观点    识别置信度：high</w:t>
      </w:r>
    </w:p>
    <w:p>
      <w:pPr>
        <w:spacing w:after="200" w:line="300" w:lineRule="auto"/>
      </w:pPr>
      <w:r>
        <w:t>价格越贵，合作的可能性越多，就是让老板拼UB，就是拼UB。他越吹牛逼他付出的代价就越大以往的情况就是你跟老板聊天聊完天之后给他输出一个应该的成长然后让他填写一下你还有什么需求你做了这个动作和不做这个动作跟他谈判合作价格的时候让他吹的牛逼越多你的收益就越多这个能理解吗各位那如果说你比他差呢那怎么办呢大哥说大使啊能跟你合作是我的荣幸我先获得合作的机会那这里问题来了说为什么你是强者的时候要多赚钱弱者的时候要获得合作机会呢弱者是没有谈判筹码的呀你并没有谈判筹码你获得了这个机会你才能变成这一拨你一谈要求那就没了所以好命的人就是说行行行好好好可以可以这就叫对自我的凝固性你现在很弱了你得到任何东西都是输赢因为你没有办法在单位时间成本下创造更大的价值那你能用就行了总比控着强吧控着相当于什么呢什么叫控着呢到达一个年纪了到达一个年龄了你不去谈恋爱就是控着你现在在上学不想做一些别的业务那也叫后悔就是我如何在单位时间成本下然后获得最大的收益</w:t>
      </w:r>
    </w:p>
    <w:p>
      <w:pPr>
        <w:pStyle w:val="Heading2"/>
        <w:keepNext/>
      </w:pPr>
      <w:r>
        <w:t>007  姜哥  ·  s1884-s1888</w:t>
      </w:r>
    </w:p>
    <w:p>
      <w:pPr>
        <w:keepNext/>
        <w:spacing w:after="100"/>
      </w:pPr>
      <w:r>
        <w:rPr>
          <w:rFonts w:ascii="Arial Unicode MS" w:hAnsi="Arial Unicode MS" w:eastAsia="Arial Unicode MS"/>
          <w:color w:val="5F6368"/>
          <w:sz w:val="17"/>
        </w:rPr>
        <w:t>主题：机会判断 / 行动方法 / 销售成交    用途：方法 / 案例 / 行动 / 观点    识别置信度：high</w:t>
      </w:r>
    </w:p>
    <w:p>
      <w:pPr>
        <w:spacing w:after="200" w:line="300" w:lineRule="auto"/>
      </w:pPr>
      <w:r>
        <w:t>人没有动力是什么你知道人为什么没有动力吗就是我不知道我能得到什么所以我没有动力当我看到足够大的收益的时候我就会有动力所以如果你们没动力就会思考一下说我能有什么收益我要赋予这件事的价值有的人同样干活怎么死心沉沉你工作也好创业也好一看他就可能成功不了你但凡一个能成功的这个信息都很足有人说这个人很傻没有傻子只有他看到了价值所以他才有劲你看不到价值就没有劲就这么简单第三个是什么呢说这个快进快出快进快出快进快出说的什么呢在这个打德州的时候会有一个叫喜马什么意思呢假设德州要怎么赚钱我先放一个50的筹码所有人比如这五个人都要放50但是它有不同的出牌的位置我在小忙的时候可以再出到50那你已经放了50了有了沉默成本了你可以有两个选择一是弃牌二是再跟进如果你跟进你就要再付出这50如果你不跟进这50就被削掉了理解了吗这个叫洗码你的马就被洗掉了往往很多台地墙的时候都会出一个大的成本然后把你给挤掉这个叫快中快无我们会浪费很多很多的时间都处在一个无用功且消耗的状态如果这个事我不能收到最终的成功或者拿到结果那你付出的时间就都被洗马洗掉了这就是我说大部分人其实都会浪费十年时间大部分人都是这样都会浪费十年时间</w:t>
      </w:r>
    </w:p>
    <w:p>
      <w:pPr>
        <w:pStyle w:val="Heading2"/>
        <w:keepNext/>
      </w:pPr>
      <w:r>
        <w:t>008  姜哥  ·  s1889-s1893</w:t>
      </w:r>
    </w:p>
    <w:p>
      <w:pPr>
        <w:keepNext/>
        <w:spacing w:after="100"/>
      </w:pPr>
      <w:r>
        <w:rPr>
          <w:rFonts w:ascii="Arial Unicode MS" w:hAnsi="Arial Unicode MS" w:eastAsia="Arial Unicode MS"/>
          <w:color w:val="5F6368"/>
          <w:sz w:val="17"/>
        </w:rPr>
        <w:t>主题：机会判断 / 行动方法 / 个人成长    用途：方法 / 案例 / 行动 / 观点    识别置信度：high</w:t>
      </w:r>
    </w:p>
    <w:p>
      <w:pPr>
        <w:spacing w:after="200" w:line="300" w:lineRule="auto"/>
      </w:pPr>
      <w:r>
        <w:t>大家要快进快出要么加速成功要么加速死掉要快我今天问你做什么呢我做这个明年问你做什么呢我还做这个拿到结果了吗没有结果那这不就被洗马洗掉了你洗掉了什么呢洗掉了你的时间洗掉了你的信心洗掉了你的机会要么就快走要么就快走你看每个人老板想的东西其实都很多大家做决策的时候并不是说我一定要把这一件事大家可能是做了十件事天时地利人和让这件事成功了一个所以要快时间不等于市场不等于你可能就死掉了所以快进快出还有很多人干嘛呢就自己淹死了怎么淹死了呢我在一件看不到能成功的事的过程中付出了大量的时间就把自己淹死了也就被洗马洗掉了这就是你们目前大概的一个现状就快做一定要快慢了不行你们所谓的收益其实很少就是收益本身就少你能见到结果的反馈还小所以你再不快的话你就都被淹掉了不知不觉就被淹掉了因为你不知不觉大学就毕业了不知不觉就走入工作了不知不觉就要结卫生去了所以一定要快越快越好所以就快进快出避免被淹掉哦等待猎物的过程中要做什么等待猎物这是一个状态啊说我们想要成功想要得到结果那这个过程中大家在干什么你在成功之前都在做什么等待猎物之前大家要干什么摸刀还有呢扩大所有范围还有呢</w:t>
      </w:r>
    </w:p>
    <w:p>
      <w:pPr>
        <w:pStyle w:val="Heading2"/>
        <w:keepNext/>
      </w:pPr>
      <w:r>
        <w:t>009  姜哥  ·  s1894-s1900</w:t>
      </w:r>
    </w:p>
    <w:p>
      <w:pPr>
        <w:keepNext/>
        <w:spacing w:after="100"/>
      </w:pPr>
      <w:r>
        <w:rPr>
          <w:rFonts w:ascii="Arial Unicode MS" w:hAnsi="Arial Unicode MS" w:eastAsia="Arial Unicode MS"/>
          <w:color w:val="5F6368"/>
          <w:sz w:val="17"/>
        </w:rPr>
        <w:t>主题：机会判断    用途：方法 / 案例 / 行动    识别置信度：high</w:t>
      </w:r>
    </w:p>
    <w:p>
      <w:pPr>
        <w:spacing w:after="200" w:line="300" w:lineRule="auto"/>
      </w:pPr>
      <w:r>
        <w:t>就是在成功之前那其实就是成功之前中间这个过程分几个步骤嘛它也是一个漏斗嘛这里是成功这是成功的过程我这是放量的过程就是我做什么能够增加我成功的概率我在狩猎之前大家说要磨刀的要准备的要学习的是吧我们后面会讲到一个机会机会跟成功之间有什么关系机会跟成功之间有什么关系机会越多成功概率越大还是机会越多可选择性越多所以如何发现更多的机会一会儿做一个穷尽的玩法说怎么看到更多的机会我们前面说了你干活没劲是因为你看不到收益你有收益了你就都有劲了你怎么看到更多的机会获得更多的动力机会越多对于成功的放大性就越高所以如何获得更多的机会比如大家把机会这个词再解压一下机会有其他什么代用词吗什么叫机会对于机会的代用词是什么有什么跟机会相关的词什么还有呢什么叫机会关系算不算机会啊关系视角还有吗交流也就是说等待猎物的过程和前面说的以己为中心有一个关联性就是你要么就是在交易要么就是在交流要么就是在交配大家大概会干这三件事也就是说它就是以己为中心也就是说你要发展你自己获得更多的机会以及获得更多的收益</w:t>
      </w:r>
    </w:p>
    <w:p>
      <w:pPr>
        <w:pStyle w:val="Heading2"/>
        <w:keepNext/>
      </w:pPr>
      <w:r>
        <w:t>010  姜哥  ·  s1901-s1920</w:t>
      </w:r>
    </w:p>
    <w:p>
      <w:pPr>
        <w:keepNext/>
        <w:spacing w:after="100"/>
      </w:pPr>
      <w:r>
        <w:rPr>
          <w:rFonts w:ascii="Arial Unicode MS" w:hAnsi="Arial Unicode MS" w:eastAsia="Arial Unicode MS"/>
          <w:color w:val="5F6368"/>
          <w:sz w:val="17"/>
        </w:rPr>
        <w:t>主题：业务建模 / 人机协作 / 机会判断 / 销售成交    用途：方法 / 案例 / 行动 / 观点    识别置信度：high</w:t>
      </w:r>
    </w:p>
    <w:p>
      <w:pPr>
        <w:spacing w:after="200" w:line="300" w:lineRule="auto"/>
      </w:pPr>
      <w:r>
        <w:t>你如果不具备目的性你们见不见过非常多的聪明人什么叫聪明人呢在直播的时候我也会逛很多的直播间发现很多人有非常好的想法请问他在干嘛这个人在直播等于他在干嘛他很牛但是他在直播按时按点的直播直播的粉丝数和时间非常的多但是他牛，请问他在干嘛?他在营业，也就是说他在干活一个特别牛的明星，他在干嘛?他在带货，他在干嘛?本质上是在干嘛?营业，他就是在营业所以他们就是在营业，用这样的方式就能直观的判断他在营业如果他在营业，那一定会有他想要的东西比如他想要礼物，他想要生意，他想要课程，他想要成交那你只要给了他这个东西你跟他就能建立相对应对因为他在营业好吗只要在营业那你见到这么多明星这么多达人你跟谁链接只要你有价值只要他在营业那你跟谁都能链接起来你无法跟他链接就是你无法给他创造价值所以等待猎物的过程中我们会创造更多的机会我善用的方式是让别人来找到我我能帮你做什么然后他来找到我我再说我的故事这里有两个概念第一如果别人来找我和我去找别人请问谁的先手优势更大别人来找你的先手优势更大你去找别人谁的先手优势更大别人的所以你要有价值加你能吸引别人来你能为别人创造价值和信用，那你的信用可能就会越来越大。如果他是一个销售，他去别人公司推销他的项目，</w:t>
      </w:r>
    </w:p>
    <w:p>
      <w:pPr>
        <w:pStyle w:val="Heading2"/>
        <w:keepNext/>
      </w:pPr>
      <w:r>
        <w:t>011  姜哥  ·  s1921-s1955</w:t>
      </w:r>
    </w:p>
    <w:p>
      <w:pPr>
        <w:keepNext/>
        <w:spacing w:after="100"/>
      </w:pPr>
      <w:r>
        <w:rPr>
          <w:rFonts w:ascii="Arial Unicode MS" w:hAnsi="Arial Unicode MS" w:eastAsia="Arial Unicode MS"/>
          <w:color w:val="5F6368"/>
          <w:sz w:val="17"/>
        </w:rPr>
        <w:t>主题：业务建模 / 人机协作 / 机会判断 / 行动方法    用途：方法 / 案例 / 行动 / 观点    识别置信度：high</w:t>
      </w:r>
    </w:p>
    <w:p>
      <w:pPr>
        <w:spacing w:after="200" w:line="300" w:lineRule="auto"/>
      </w:pPr>
      <w:r>
        <w:t>他有可能开不开这个门，你理解吗?或者没给你几分钟就走了。如果这个人来参加他的特产，那他再推销项目，成功率是不是就更高了?他不是几倍的提升吗?是不是很多很多倍的提升啊?就是创造机会。那你如果在等待利用过程中呢，你可能会修你的工具属性。就是你能具备更多的工具，然后你有更牛逼的身份，你有更多的作品，你有更多的关系，然后你有更多的判断。也就是说，当你在成功之前，其实你要完善自己的工具、身份、作品、关系和判断，这样你才能获得更大成功的可能性。理解吗，各位?下一个我们讲杠杆与规律什么叫杠杆与规律呢就是过程和结果的关系还有就是全局视角你做一件什么样的事能把你的杠杆做上去大家都是做一得一你做的相当于做的多得的少你怎么能放大自己的杠杆呢大家想过这个问题吗我怎么能让我的收益更大收益更大分两个一个叫过程一个叫结果我怎么把中间的范围做到更大呢N个过程或者N加1个过程或者10个过程换来一个结果没关系请问怎么能够把收益做到更大怎么做多次重复多次重复那效率低啊AI或者是程序我的想法是这样，比如我有一个想法，我和你交流，和你交流，和你交流，你们给我意见。我跟你交流的时候，比如我同样一本书，我会问你有什么意见，你有什么意见，你有什么意见，你提了意见。</w:t>
      </w:r>
    </w:p>
    <w:p>
      <w:pPr>
        <w:pStyle w:val="Heading2"/>
        <w:keepNext/>
      </w:pPr>
      <w:r>
        <w:t>012  姜哥  ·  s1956-s1986</w:t>
      </w:r>
    </w:p>
    <w:p>
      <w:pPr>
        <w:keepNext/>
        <w:spacing w:after="100"/>
      </w:pPr>
      <w:r>
        <w:rPr>
          <w:rFonts w:ascii="Arial Unicode MS" w:hAnsi="Arial Unicode MS" w:eastAsia="Arial Unicode MS"/>
          <w:color w:val="5F6368"/>
          <w:sz w:val="17"/>
        </w:rPr>
        <w:t>主题：机会判断 / 行动方法    用途：案例 / 行动 / 观点    识别置信度：high</w:t>
      </w:r>
    </w:p>
    <w:p>
      <w:pPr>
        <w:spacing w:after="200" w:line="300" w:lineRule="auto"/>
      </w:pPr>
      <w:r>
        <w:t>我们前面不是有穿透性视角吗你给我提了意见等于我向你推荐了一次这个书你提了意见我改动了那我输出的时候你会买所以我向你出达信息你给我回转信息你给了我意见我给了你反馈你又买了这本书你买这本书还会向朋友宣传和介绍我再去出一本还会提交你所以用穿透性的视角过程，那当我输出来的时候，是过程还是结果?那我前面输出多个过程，是不是结果就扩大了?理解这个视角吗?所以你们就是写，写完卖，那是不是过程跟结果是相当独立的呀?过程跟结果要融合在一起，才能逐步让它变得合理。人跟事都一样。那再换下一个案例呢，就是我向别人请教问题，是不是叫修我们的身份和关系?物种学会更强。我把我有价值的东西给了你，你是不是会告诉我你有价值的东西啊?这就是源于我当时，你帮别人，别人就帮你，这么多嘛。这个闭门道车，你肯定收益就很小，这个时代进展这么快，你是否每天都有帮别人，帮别人就帮你?你学到的东西，你发出去，是不是有人会帮到你?我再举个例子说，</w:t>
      </w:r>
    </w:p>
    <w:p>
      <w:pPr>
        <w:pStyle w:val="Heading2"/>
        <w:keepNext/>
      </w:pPr>
      <w:r>
        <w:t>013  姜哥  ·  s1987-s2017</w:t>
      </w:r>
    </w:p>
    <w:p>
      <w:pPr>
        <w:keepNext/>
        <w:spacing w:after="100"/>
      </w:pPr>
      <w:r>
        <w:rPr>
          <w:rFonts w:ascii="Arial Unicode MS" w:hAnsi="Arial Unicode MS" w:eastAsia="Arial Unicode MS"/>
          <w:color w:val="5F6368"/>
          <w:sz w:val="17"/>
        </w:rPr>
        <w:t>主题：人机协作 / 机会判断 / 行动方法 / 销售成交    用途：方法 / 案例 / 行动 / 观点    识别置信度：high</w:t>
      </w:r>
    </w:p>
    <w:p>
      <w:pPr>
        <w:spacing w:after="200" w:line="300" w:lineRule="auto"/>
      </w:pPr>
      <w:r>
        <w:t>跟六角星能合作你跟他合作是一开始他找我帮忙他付钱给我我是不是要买很多他的作品送给你们他是不是知道我花了多少钱我在给他商务资源的时候他就会觉得说是我帮了他你应该给他赚钱理解这个概念吗在这个过程中你发了什么邮件也好你在群里在户头群里说了也好就是说能不能给我链接一下这个人再付钱过来，我再给到他，是不是人情变得更多呀?是不是两边欠人情啊?你理解这概念吗?你做成一件事儿，你怎么把这个事儿放大十倍?就是你已经做到1，那你前面是一堆0.1，这些是过程。你拿到了结果，你再把结果放大十倍，这收益是不是更多呀?我们前面说了，其实修到工具、身份、成就、判断来大概一个逻辑大家都是通缩型的你们越做越缩有人是越做越大树莲不也是越做越大吗对吧比如说我们去收费树莲不是有一个行业付费学习的东西不是学了很多吗它学习了十万再把它卖出去变成一百万那是不是得学呀对不对啊所以这句话放而有备你怎么把它做一个放大器大家不必被放大了呢人事物的关系谁是爷爷谁是孙子说有人花一百万当孙子有人花十万当爷爷，大家举个例子，什么叫花十万当孙子，什么叫花一百万?花一百万当孙子，花十万当爷爷，能想到这是什么吗?为什么花的钱越多是孙子呢?为什么呢?还有吗?再想想</w:t>
      </w:r>
    </w:p>
    <w:p>
      <w:pPr>
        <w:pStyle w:val="Heading2"/>
        <w:keepNext/>
      </w:pPr>
      <w:r>
        <w:t>014  姜哥  ·  s2018-s2032</w:t>
      </w:r>
    </w:p>
    <w:p>
      <w:pPr>
        <w:keepNext/>
        <w:spacing w:after="100"/>
      </w:pPr>
      <w:r>
        <w:rPr>
          <w:rFonts w:ascii="Arial Unicode MS" w:hAnsi="Arial Unicode MS" w:eastAsia="Arial Unicode MS"/>
          <w:color w:val="5F6368"/>
          <w:sz w:val="17"/>
        </w:rPr>
        <w:t>主题：机会判断 / 行动方法 / 销售成交    用途：方法 / 案例 / 行动 / 观点    识别置信度：high</w:t>
      </w:r>
    </w:p>
    <w:p>
      <w:pPr>
        <w:spacing w:after="200" w:line="300" w:lineRule="auto"/>
      </w:pPr>
      <w:r>
        <w:t>你想投资一个会所投资金额一百万来的人你都得当爷爷服务就这样你花十万充值来到这个会所中你得用他所有的资源你是不是爷爷理解了吗往往我们会在合作关系的时候感情生活的时候都容易把自己做成孙子然后把别人做成爷爷当你解释当你困惑当你不舒服的时候就是孙子因为你付出的多你才觉得委屈所以是孙子理解了吗你付出的少你的感受没有那么痛苦所以你是爷爷我们这里讲的一是如何把自己的身份得到不那么被动然后不让自己陷入不可选择的地步我已经来打工了我要听这个老板的话我已经来这儿做孙子了是不是要有做孙子的可能吗比如同样来这就意味着投资去了如果来深圳投资投资的时候你夸夸全部自己搞你是孙子是爷爷现在我带着钱我现在花一百万我现在带着五十万带着人带着技术带着资源找到这个有五百万价值的人我是孙子还是爷爷谁担最大结果谁可能做孙子不是说担最大结果的是爷爷那痛苦的肯定是这个孙子痛苦懂了吗花钱还让自己特别的难受这就是我如何在做同样一件事把自己的身体做好比如投资术人也是一样的呀，术人肯定比我更累呀，我有关键话语权不就可以了吗，你用所有东西都说了算吗?太多人就是想所有东西都掌控，感情论也一样，有人在感情中，感情这个东西有什么作用啊?跟事业之间的关系，大家怎么看?感情跟事业的关系。</w:t>
      </w:r>
    </w:p>
    <w:p>
      <w:pPr>
        <w:pStyle w:val="Heading2"/>
        <w:keepNext/>
      </w:pPr>
      <w:r>
        <w:t>015  姜哥  ·  s2033-s2069</w:t>
      </w:r>
    </w:p>
    <w:p>
      <w:pPr>
        <w:keepNext/>
        <w:spacing w:after="100"/>
      </w:pPr>
      <w:r>
        <w:rPr>
          <w:rFonts w:ascii="Arial Unicode MS" w:hAnsi="Arial Unicode MS" w:eastAsia="Arial Unicode MS"/>
          <w:color w:val="5F6368"/>
          <w:sz w:val="17"/>
        </w:rPr>
        <w:t>主题：人机协作 / 销售成交    用途：行动 / 观点    识别置信度：high</w:t>
      </w:r>
    </w:p>
    <w:p>
      <w:pPr>
        <w:spacing w:after="200" w:line="300" w:lineRule="auto"/>
      </w:pPr>
      <w:r>
        <w:t>你对同样的十件事，感情和十件事事业，哪个东西对你的感受度更多呢?就是你能收到的更多。十个感情你能感受到多少呢?十个事业你能感受到多少呢?就工作中有十个痛疾，感情中有十个痛疾，哪个让你的印象更深刻?感情，理解了吗各位?因为工作会有一百，它会让你麻木啊。然后感觉因为你痛急他就提醒你所以你收到的信息的频率是不一样的在这个过程中你一旦付出的多了就属于被抓住了事业中你们有没有见过干活多还是痛苦的有见过吗请问干活多为什么痛苦委屈我干的多所以我痛苦还有吗我干十件事才能证明我的价值和有人干一件事能证明价值老板的小三只干一件事给老板提供全剧服务他就得到比你更多的钱你说这个人啥啥啥啥都不如我但他得到的比我多请问他的价值比我高比我低做的少得的多你做的多得的少是不是由价值来判断的?那谁来决定价值呢?是不是给钱这个人决定价值啊?你干的多，你是不是证明自己的自证啊?你证明你自己干的多，他会觉得吗?那谁来决策?他来决策，所以你要做他觉得你做得多，所以你才做得多。你给自己证明自己干的多，有意义没意义啊?没有意义，而且你还委屈，懂了吗?这就是一个叫什么呢?说你在解码，你在解谁呢?解老板，我呢就是解市场，或者叫我也解老板，我得让市场跟老板认可我的价值，</w:t>
      </w:r>
    </w:p>
    <w:p>
      <w:pPr>
        <w:pStyle w:val="Heading2"/>
        <w:keepNext/>
      </w:pPr>
      <w:r>
        <w:t>016  姜哥  ·  s2070-s2111</w:t>
      </w:r>
    </w:p>
    <w:p>
      <w:pPr>
        <w:keepNext/>
        <w:spacing w:after="100"/>
      </w:pPr>
      <w:r>
        <w:rPr>
          <w:rFonts w:ascii="Arial Unicode MS" w:hAnsi="Arial Unicode MS" w:eastAsia="Arial Unicode MS"/>
          <w:color w:val="5F6368"/>
          <w:sz w:val="17"/>
        </w:rPr>
        <w:t>主题：业务建模 / 行动方法 / 销售成交    用途：行动 / 观点    识别置信度：high</w:t>
      </w:r>
    </w:p>
    <w:p>
      <w:pPr>
        <w:spacing w:after="200" w:line="300" w:lineRule="auto"/>
      </w:pPr>
      <w:r>
        <w:t>我探究他的需求，我才能得到结果。我证明我的价值会有意义，懂了吗?你得让他觉得我有价值有意义，这就是说为什么让老板推牛逼，让老板写一堆问题证单，就是他说的越多，我的价值越高。他本质上让老板自己觉得自己有价值，让他觉得他这个东西非常宏伟，非常壮观，非常屌，他才能付更多的钱，懂了吗?你说这个好，这个好，这个好，这个好，他才觉得你很懂，他才给你付更多钱。你总跟人抬杠总跟人抬杠你老板愿意把钱给一个抬杠的人吗然后老板跟你说了一句话你听不懂就记下来你也不要一堆的反驳一堆的听不懂那你就命中不了所以你的价值就被稀释掉了这就是同样做事的时候听听的价值和说的价值一个有能力的人，这个能力往往大家说干活能力比较强，他就容易比较呆，干活能力强就比较呆。你拼到了，老板说了10，你弟弟们是不是拼了，然后你是不是干了，老板说10你只能干到1，因为你只拼到了5，理解?你多练习一下听懂和看懂事的能力，那你可以干的少，但老板觉得你干的多。人家说你大了习，那不就等于更没有价值了吗?所以解析力很重要，这就是你要多去洞察一下，前面说的看人看事，就是你洞察别人说的东西，尽可能接收更多信息。</w:t>
      </w:r>
    </w:p>
    <w:p>
      <w:pPr>
        <w:pStyle w:val="Heading2"/>
        <w:keepNext/>
      </w:pPr>
      <w:r>
        <w:t>017  姜哥  ·  s2112-s2148</w:t>
      </w:r>
    </w:p>
    <w:p>
      <w:pPr>
        <w:keepNext/>
        <w:spacing w:after="100"/>
      </w:pPr>
      <w:r>
        <w:rPr>
          <w:rFonts w:ascii="Arial Unicode MS" w:hAnsi="Arial Unicode MS" w:eastAsia="Arial Unicode MS"/>
          <w:color w:val="5F6368"/>
          <w:sz w:val="17"/>
        </w:rPr>
        <w:t>主题：人机协作 / 销售成交    用途：方法 / 案例 / 行动 / 观点    识别置信度：high</w:t>
      </w:r>
    </w:p>
    <w:p>
      <w:pPr>
        <w:spacing w:after="200" w:line="300" w:lineRule="auto"/>
      </w:pPr>
      <w:r>
        <w:t>你才可能有价值因为你不是老板嘛你无法分配价值你只能创造价值的人一个创造价值的牛马再想要向上反驳那就是拿别人的仇很痛苦我们现在讲一个案例爷爷跟孙子的故事说有一个哥们是青海的作家相当一把，很有钱老板想拿150吧，自己拿150吧自己拿150，做一个宠物的AI战斗让他硬件，监控宠物，就跟宠物版的小天才他就想干这个有没有用呢?有用做了一个商业计划书，他要怎么做?硬件是什么?然后搭建什么场景?请什么ID合作?这个叫事怎么干?是不是谁来干都是要干这些事儿啊?那怎么干决定了他是做爷爷还是做孙子?他拿150万出来干，请问他是爷爷还是孙子?为什么?因为所有东西都要自己干，对吧?一个老板，你说他是一个老板，善不善战?老板，他善不善战干活呢?他干过吗?既没干过，也不善战。为什么?因为他拿了钱嘛。干活的那个人他可能没有那么多钱嘛。所以这个时候他想干嘛呢?他想再找人投资。他想找人投资。他出了一个钱请问有没有人投资他如果有人投资他会出钱吗如果没人投资意味着他的想法受到市场的合理性吗市场认可他的想法吗市场认可是不是市场给钱啊是不是有人投的呀是不是他想了一堆发现不受市场影响那个认可但我有钱我想自己干啊然后就当孙子了理解吗这些事儿都不变，转变一个思路，</w:t>
      </w:r>
    </w:p>
    <w:p>
      <w:pPr>
        <w:pStyle w:val="Heading2"/>
        <w:keepNext/>
      </w:pPr>
      <w:r>
        <w:t>018  姜哥  ·  s2149-s2194</w:t>
      </w:r>
    </w:p>
    <w:p>
      <w:pPr>
        <w:keepNext/>
        <w:spacing w:after="100"/>
      </w:pPr>
      <w:r>
        <w:rPr>
          <w:rFonts w:ascii="Arial Unicode MS" w:hAnsi="Arial Unicode MS" w:eastAsia="Arial Unicode MS"/>
          <w:color w:val="5F6368"/>
          <w:sz w:val="17"/>
        </w:rPr>
        <w:t>主题：业务建模 / 人机协作 / 销售成交    用途：方法 / 案例 / 行动 / 观点    识别置信度：high</w:t>
      </w:r>
    </w:p>
    <w:p>
      <w:pPr>
        <w:spacing w:after="200" w:line="300" w:lineRule="auto"/>
      </w:pPr>
      <w:r>
        <w:t>应该怎么干呢?怎么做爷爷呢?这个事儿怎么干能当爷爷?第一步，把自己的想法，要转变身份。他原来是想做这个事儿，是个创业者，创业者。他转变成他想做投资，我有150万，甚至五百万更多。我想投资这个项目，它就会收到大概十或者一百家宠物的AI硬件的想要的，就是干活的人。干活的人有谁呢?有工厂，有设计，有运营，有品娟，是吧?这些人要不要钱?他们有没有方案?他们拿来的方案要不要取悦某个人啊?他是不是能看见一百个案例啊?看见过这种可不可以在这里筛选团队来的团队啊?我觉得你不够，我觉得你不够，我觉得你不够，你先试试，你先试试，你先试试，是不是就获得了信息啊?是不是获得和选择的阶段呢?大家是不是都取悦他呀?当他看到市场的全貌的时候，再决定自己往哪个方向走是不是会更好了这就是孙子跟爷爷的决定好了吗各位我要向市场证明我很有意义现在一变是市场向我证明我要做什么他们要做什么所以在这个项目中呢他就有下一个疑问说我怎么能够看见动作呢你们见不见过投资的商业计划书它前面肯定是有项目人，是吧?第二个什么比较重要?你要投资一个项目，你们觉得什么最重要?一个是事儿，就是干什么活儿，这个事儿重要吗?那第二重要的是啥呀?人，不对，叫背景。</w:t>
      </w:r>
    </w:p>
    <w:p>
      <w:pPr>
        <w:pStyle w:val="Heading2"/>
        <w:keepNext/>
      </w:pPr>
      <w:r>
        <w:t>019  姜哥  ·  s2195-s2226</w:t>
      </w:r>
    </w:p>
    <w:p>
      <w:pPr>
        <w:keepNext/>
        <w:spacing w:after="100"/>
      </w:pPr>
      <w:r>
        <w:rPr>
          <w:rFonts w:ascii="Arial Unicode MS" w:hAnsi="Arial Unicode MS" w:eastAsia="Arial Unicode MS"/>
          <w:color w:val="5F6368"/>
          <w:sz w:val="17"/>
        </w:rPr>
        <w:t>主题：业务建模 / 机会判断 / 销售成交    用途：方法 / 案例 / 行动 / 观点    识别置信度：high</w:t>
      </w:r>
    </w:p>
    <w:p>
      <w:pPr>
        <w:spacing w:after="200" w:line="300" w:lineRule="auto"/>
      </w:pPr>
      <w:r>
        <w:t>你的投资背景是什么同样干活的话比如说你们跟我做同一个项目我项目说明都一样但我接下来的项目背景有什么什么案例啊什么国外的国内的投资人啊等等等等等等这一批玩意是不是投资背景很重要啊谁都能想干一个活你没有背景你一个小法定你干啥所以叫有投资背景投资背景是，那我没有那么多的人脉怎么办，是可以花钱买的呀，买个顾问咯，找投资张雪的那个投资人，叫沈千阳，前段时间见面，他们要投资宠物赛道，你可以找他当顾问，你不就有投资背景了吗?他不就用劲儿放几个照片吗你拿着你的投资背景再拿着你获得的这么多的项目资料融合到一起你再去找市场投资和你自己有一个想法但不能只有一个想法全部都自己干哪个量比较大哪个可能性更高哪个更有想象力理解了吗这就是有钱的地主家的傻儿子才能干出这个事儿自己拿钱自己干自己搞钱也没多少你觉得以一个不懂这个行业的人，想干这个行业的人，要背景没背景，要资历没资历，要实力没实力，然后去干，成功率大还是小?小，所以同样的事儿，换一个身份，换一个俱乐部，是不是一个当孙子，一个当姐姐?有什么感想?你们现在最缺什么呢?你们现在最缺什么呢?机会还缺啥呀?就是以现在大家二十岁的年纪现在最缺的什么?经验还有呢?视角</w:t>
      </w:r>
    </w:p>
    <w:p>
      <w:pPr>
        <w:pStyle w:val="Heading2"/>
        <w:keepNext/>
      </w:pPr>
      <w:r>
        <w:t>020  姜哥  ·  s2227-s2255</w:t>
      </w:r>
    </w:p>
    <w:p>
      <w:pPr>
        <w:keepNext/>
        <w:spacing w:after="100"/>
      </w:pPr>
      <w:r>
        <w:rPr>
          <w:rFonts w:ascii="Arial Unicode MS" w:hAnsi="Arial Unicode MS" w:eastAsia="Arial Unicode MS"/>
          <w:color w:val="5F6368"/>
          <w:sz w:val="17"/>
        </w:rPr>
        <w:t>主题：机会判断 / 销售成交    用途：方法 / 案例 / 行动 / 观点    识别置信度：high</w:t>
      </w:r>
    </w:p>
    <w:p>
      <w:pPr>
        <w:spacing w:after="200" w:line="300" w:lineRule="auto"/>
      </w:pPr>
      <w:r>
        <w:t>钱是你想要的吗视角机会视角还有呢能力还有呢人你们最想要的应该是机会现在问机会等于什么你看到了机会你还同样干活你会更有劲还是没有劲你去扫大街给你三千块你觉得很累给你三万块还有没有街我全扫了所以这就是同样一件事看到了价值你的劲就足看不到价值劲就不足牛马它驱动跟牛马自驱动一样没有劲儿，没有劲儿是因为啥?没有看到什么?没有看到机会跟收益，理解了吗?如果想要有劲儿，那我就得看到收获跟收益。如果这些我也没看到，我也没想到，就是按着头让我干活，我怎么感觉?很累没有劲儿越干越差那如果我也看不到我也在这越干越累越干越没有劲儿那老天爷会给你啥呀他会给你沉痛一击缺钱理事家里女朋友说你不行等等等等在外界给你劲儿把你打碎了你不得不了老天爷会比较温柔可能说两到三年你们现在年轻嘛，遇不到什么极大打击的事儿你看很多人，他也没看到这个机会在哪儿但是他还是很有劲儿就是外在打破了他明白吗你不想被打破，也不想他去动，你就怎么样看到，对吧，就是聪明的人看到机会别人认为是垃圾，你看到的是机会所以你就有劲儿，你就有可能把他干成了这就是精神你要成功之前，你如何预想到你可能会成功呢?你怎么感觉到你可能要成功了呢?怎么预想呢?有什么先决条件吗?你在成功之前你会有什么感受?</w:t>
      </w:r>
    </w:p>
    <w:p>
      <w:pPr>
        <w:pStyle w:val="Heading2"/>
        <w:keepNext/>
      </w:pPr>
      <w:r>
        <w:t>021  姜哥  ·  s2256-s2288</w:t>
      </w:r>
    </w:p>
    <w:p>
      <w:pPr>
        <w:keepNext/>
        <w:spacing w:after="100"/>
      </w:pPr>
      <w:r>
        <w:rPr>
          <w:rFonts w:ascii="Arial Unicode MS" w:hAnsi="Arial Unicode MS" w:eastAsia="Arial Unicode MS"/>
          <w:color w:val="5F6368"/>
          <w:sz w:val="17"/>
        </w:rPr>
        <w:t>主题：机会判断 / 行动方法    用途：方法 / 案例 / 行动 / 观点    识别置信度：high</w:t>
      </w:r>
    </w:p>
    <w:p>
      <w:pPr>
        <w:spacing w:after="200" w:line="300" w:lineRule="auto"/>
      </w:pPr>
      <w:r>
        <w:t>觉得自己要成功了，有什么表达的现象吗?你一成功，很快就不老，状态上有什么不同?你肯定不知累了，有猛猛干嘛?你获得很多的类似于正反馈，要么是心理的，要么是别人认同的。你如果能看到价值，你就有劲儿。你就是在自举动，而不是他举动。机会很重要，我如何发现机会呢?我如何看到机会呢?怎么看到的?机会等于什么?你更有劲儿是吧?你更有动力，你离成功就越近。机会越多，选择越多。你所有的身份啊、认知啊、想法啊，就是究其一生，是让自己有得选。而不是走投无路没的选但是多数人越干越让自己人在选越干越窄越来越窄所以机会看到机会发现机会获得机会怎么能有那么多机会啊机会是怎么来的啊?你不得是看见吗被看见让自己被看见就是被看见你自己等于你自己要有价值你才能被别人看见吧对你是不是还要主动去看呢对主动看你在经济里面能看到我自己在高的位置啊高的位置频率要不要有啊我要在高的自己有价值我要在高的价值的团体里我的频率是不是要高啊同时比如说叫什么严行严行一问严行在干嘛严行说我在兼职那我说你怎么不去做一点有价值的事啊他说我没看见有什么价值的事啊就是没有看到机会那么就是被动的所以高频率高位置高价值频率位置价值除此之外还有啥呀就是交换呢一定要学会交换价值价值是交换出来的交流</w:t>
      </w:r>
    </w:p>
    <w:p>
      <w:pPr>
        <w:pStyle w:val="Heading2"/>
        <w:keepNext/>
      </w:pPr>
      <w:r>
        <w:t>022  姜哥  ·  s2289-s2311</w:t>
      </w:r>
    </w:p>
    <w:p>
      <w:pPr>
        <w:keepNext/>
        <w:spacing w:after="100"/>
      </w:pPr>
      <w:r>
        <w:rPr>
          <w:rFonts w:ascii="Arial Unicode MS" w:hAnsi="Arial Unicode MS" w:eastAsia="Arial Unicode MS"/>
          <w:color w:val="5F6368"/>
          <w:sz w:val="17"/>
        </w:rPr>
        <w:t>主题：人机协作 / 机会判断 / 行动方法    用途：方法 / 案例 / 行动 / 观点    识别置信度：high</w:t>
      </w:r>
    </w:p>
    <w:p>
      <w:pPr>
        <w:spacing w:after="200" w:line="300" w:lineRule="auto"/>
      </w:pPr>
      <w:r>
        <w:t>还有交易还有交配这三个东西都能创造价值比如一个姑娘跟我说我去研究外贸这个行业研究一件事可能要三个月但找了男朋友三天就告诉我这玩意怎么做了明白了吗所以感情中也是其中一块的他就会有他爸爸他男朋友给他创造一个世界你看这个人他眼里的世界是啥就等于他爸爸的男朋友是啥明白了吗这就可以判断出来了所以关于看到机会这件事你们留个作业，回去想一想我如何能看到更多的机位1.0就是广泛信息的搜索就是多看第二个就是结果拿到结果的就等于是机位然后再去交换交换信息非常非常重要多去跟别人交换，他不需要你也就换了。你把你认为好的东西发给十个人，他就会把他们认为好的东西，那几个人发给你。理解吗，各位?这个讲得会比较渺小一点，后面直播的时候你们重新讲一遍。大概这些，没有什么要问的。有一个写家给咱们问一下。有结果的人?另外，今天讲的最重要的问题是哪些资料?我们讲第一个应该讲的是穿透性吧?你们怎么看穿透性?机会是不是有一个叫看见机会和看懂机会啊?机会是被藏起来的还是摆在眼前的?摆在眼前的机会是什么?摆在眼前的机会是什么</w:t>
      </w:r>
    </w:p>
    <w:p>
      <w:pPr>
        <w:pStyle w:val="Heading2"/>
        <w:keepNext/>
      </w:pPr>
      <w:r>
        <w:t>023  姜哥  ·  s2312-s2347</w:t>
      </w:r>
    </w:p>
    <w:p>
      <w:pPr>
        <w:keepNext/>
        <w:spacing w:after="100"/>
      </w:pPr>
      <w:r>
        <w:rPr>
          <w:rFonts w:ascii="Arial Unicode MS" w:hAnsi="Arial Unicode MS" w:eastAsia="Arial Unicode MS"/>
          <w:color w:val="5F6368"/>
          <w:sz w:val="17"/>
        </w:rPr>
        <w:t>主题：业务建模 / 机会判断 / 销售成交    用途：案例 / 行动    识别置信度：high</w:t>
      </w:r>
    </w:p>
    <w:p>
      <w:pPr>
        <w:spacing w:after="200" w:line="300" w:lineRule="auto"/>
      </w:pPr>
      <w:r>
        <w:t>摆在眼前的机会是陷阱啊你不具备穿透性视角比如这大哥干的什么月老有机会了机会很大让你看到机会目的是什么收钱嘛理解了吧就是讲故事把机会放大嘛所有在你兜售机会的人都是想把机会卖给你明白那你具备穿透性视角就知道你跟我说这么多干嘛呢比如我今天站在这跟你们说这么多我想干嘛你们知道我想干嘛才能听得懂我要干啥你要不然说他好像在讲点有用的东西那有个屁用啊那不就极度被动了吗你是基于你的视角在吸收一头牛也听我在这讲那牛就觉得他在干什么那你们可能有人觉得讲的好，有人觉得讲的不好。你要具备穿透性，即我站在这里，我在干什么，我有什么目的性，然后再听我的讲座。目的性是什么呀?我站在这儿，我的目的性是啥?想一想，那你不能说这人他都站在这儿了，你不懂他在干嘛，那你能不能预判我接下来要说什么，不能。所有人说的话，就是说的这些话，干的这些事儿，都服务他的一个目的性。我的目的性就是挖掘深圳的人才，后面来深圳，看一看你们有什么项目，让你们好了，未来我项目的人才会更多一点。是这个逻辑吧，来到全场上这儿，他有什么想要用的廉价能看的买的也能用，我觉得是这两个。那你们想要获得更多的机会，更多的关注，就是我多去沟通，我是谁，我做啥的，你有什么需要，我能给你做什么，</w:t>
      </w:r>
    </w:p>
    <w:p>
      <w:pPr>
        <w:pStyle w:val="Heading2"/>
        <w:keepNext/>
      </w:pPr>
      <w:r>
        <w:t>024  姜哥  ·  s2348-s2378</w:t>
      </w:r>
    </w:p>
    <w:p>
      <w:pPr>
        <w:keepNext/>
        <w:spacing w:after="100"/>
      </w:pPr>
      <w:r>
        <w:rPr>
          <w:rFonts w:ascii="Arial Unicode MS" w:hAnsi="Arial Unicode MS" w:eastAsia="Arial Unicode MS"/>
          <w:color w:val="5F6368"/>
          <w:sz w:val="17"/>
        </w:rPr>
        <w:t>主题：机会判断 / 行动方法 / 销售成交    用途：案例 / 行动 / 观点    识别置信度：high</w:t>
      </w:r>
    </w:p>
    <w:p>
      <w:pPr>
        <w:spacing w:after="200" w:line="300" w:lineRule="auto"/>
      </w:pPr>
      <w:r>
        <w:t>是这个逻辑吧。那在这个过程中，我就会发现你们说，我把你们放在这儿，干出结果了，就能有更大的视角，就有更多的机会能看到你们，是不是这是一个全场的机会啊，就这么一件事儿嘛。所以跟聪明人玩具备穿透性视角的人玩你就每一步都能干在别人的心脏上你就能猜懂他想干嘛不是你懂了这个人是你懂人性就如此人性就会为自己的价值价值是吧有人说我就特别甜我能提供情绪价值也OK情绪价值不能变成最终价值的时候呢，情绪价值是最简单的。你得创造最终价值啊。谁都愿意跟你玩，因为跟你玩你能赚钱。那你的是有钱了，是有价值了，朋友多，还是朋友多了有价值啊?有价值。这就叫传动性思想，是你有价值了，朋友才会多。不是说朋友多了才有价值，反向很好。传动性理解了?孙子跟爷爷能理解了?以自己发展为中心能理解了?就是比如说以你的想法确实那个物理化你</w:t>
      </w:r>
    </w:p>
    <w:p>
      <w:pPr>
        <w:pStyle w:val="Heading2"/>
        <w:keepNext/>
      </w:pPr>
      <w:r>
        <w:t>025  姜哥  ·  s2380-s2396</w:t>
      </w:r>
    </w:p>
    <w:p>
      <w:pPr>
        <w:keepNext/>
        <w:spacing w:after="100"/>
      </w:pPr>
      <w:r>
        <w:rPr>
          <w:rFonts w:ascii="Arial Unicode MS" w:hAnsi="Arial Unicode MS" w:eastAsia="Arial Unicode MS"/>
          <w:color w:val="5F6368"/>
          <w:sz w:val="17"/>
        </w:rPr>
        <w:t>主题：机会判断 / 个人成长    用途：方法 / 行动 / 观点    识别置信度：high</w:t>
      </w:r>
    </w:p>
    <w:p>
      <w:pPr>
        <w:spacing w:after="200" w:line="300" w:lineRule="auto"/>
      </w:pPr>
      <w:r>
        <w:t>的问题是什么我刚刚问了什么我刚刚问了什么以自己为中心是吧以自己为中心讲了穿透性讲了目的说这个人一定有他的目的然后匹配了一堆方法方法就是他干了十件事你们只能看到他干了十件事但看不懂我说你只要看他的目的你就知道他为啥干这十件事了理解你就能具备穿透性地想看到人事物之间的关系是什么他都要呼吁他的目的如果你们不知道自己干我们说了没劲是因为什么原因机会和价值机会和价值是吧那我不知道自己干什么是因为什么原因呢我不知道要干实件事干啥是因为什么我没有目的性我他们有目的性了就有事了说你想追求一个女生你想追求一个男生你有没有事干一堆事干嘛，因为现在追究台湾，你要拿下台湾，你就肯定有事干啊。你不知道你的目的是啥，你怎么能知道要干什么活呢?你要过桥，你说我想去桥对面，你每天去桥对面干活，有劲没劲啊?没劲。说桥对面有你心爱的姑娘你每天要不要劲啊有劲那你说我想去追这个姑娘我有了目的性关于过桥这件事是不是就有十个或者一百个想法了我穿什么衣服呀我过桥拿点什么东西呀我要干什么呀这就是解决你们类似于迷茫的东西吧一是有劲干活有劲二是有目的性有了目的性眼里就有活了一个傻逼毕业了来公司你见他妈就能干啥呀就不对对别人骂骂别人踢着你，干这个，明天干那个，</w:t>
      </w:r>
    </w:p>
    <w:p>
      <w:pPr>
        <w:pStyle w:val="Heading2"/>
        <w:keepNext/>
      </w:pPr>
      <w:r>
        <w:t>026  姜哥  ·  s2397-s2435</w:t>
      </w:r>
    </w:p>
    <w:p>
      <w:pPr>
        <w:keepNext/>
        <w:spacing w:after="100"/>
      </w:pPr>
      <w:r>
        <w:rPr>
          <w:rFonts w:ascii="Arial Unicode MS" w:hAnsi="Arial Unicode MS" w:eastAsia="Arial Unicode MS"/>
          <w:color w:val="5F6368"/>
          <w:sz w:val="17"/>
        </w:rPr>
        <w:t>主题：机会判断 / 行动方法 / 销售成交    用途：行动 / 观点    识别置信度：high</w:t>
      </w:r>
    </w:p>
    <w:p>
      <w:pPr>
        <w:spacing w:after="200" w:line="300" w:lineRule="auto"/>
      </w:pPr>
      <w:r>
        <w:t>你就是公司的一员呗?你理解?你说说你的理解。我理解。讲哪方面?如果你去公司干活，一定要明确你的目的性，我不来这儿想赚钱，我想取决于老板，老板给我花钱，我得干十件事儿，一百件事儿，目的，价值，先有价值，再有目的，然后就会有过程了，就是这么个逻辑，就解决一下你们心里的状态，没有劲儿啊，没有劲儿是因为看不到机会，没有目的性没有结果性所以没有方法你们学东西也一样啊看到人看到事儿学东西不也是这套逻辑吗我先分析你的目的性我就知道你可能要干出什么样的作用那我就能配合他或者我就能打败他就是这个逻辑吧这些东西全部都是汇在一起的你可以正着推你可以反着推去看今天分享的内容而不是单纯的某一个点我不要问他与中为始啊这是结果这是开头什么叫浪费时间呢我不知道我为什么开这头我也不知道拿什么结果我在这飘在这儿飘，在这儿飘，浪费时间。包括我在内，树枝在内，大多数赚钱的老板，他没赚钱，他眼里只有一个事儿，什么?钱。他一旦赚到钱了，这人他就飘了，各种各样的想法。他干这个事儿，你问他想干嘛?我要成功啊，我要赚钱啊。</w:t>
      </w:r>
    </w:p>
    <w:p>
      <w:pPr>
        <w:pStyle w:val="Heading2"/>
        <w:keepNext/>
      </w:pPr>
      <w:r>
        <w:t>027  姜哥  ·  s2436-s2467</w:t>
      </w:r>
    </w:p>
    <w:p>
      <w:pPr>
        <w:keepNext/>
        <w:spacing w:after="100"/>
      </w:pPr>
      <w:r>
        <w:rPr>
          <w:rFonts w:ascii="Arial Unicode MS" w:hAnsi="Arial Unicode MS" w:eastAsia="Arial Unicode MS"/>
          <w:color w:val="5F6368"/>
          <w:sz w:val="17"/>
        </w:rPr>
        <w:t>主题：业务建模 / 人机协作 / 机会判断 / 行动方法 / 销售成交    用途：方法 / 行动 / 观点    识别置信度：high</w:t>
      </w:r>
    </w:p>
    <w:p>
      <w:pPr>
        <w:spacing w:after="200" w:line="300" w:lineRule="auto"/>
      </w:pPr>
      <w:r>
        <w:t>但有钱了之后这个人干的事儿都不是为了爱成就自己啊装个逼啊你不应该满脑子都是以重为实吗我想要赚钱所以我开始了这件事儿杭州现在的主流就是大家全部一人公司了能省则省把成本压得最低然后来赚钱这就是以重为实的视角一个人不赚钱然后再扩张再亏钱他没怎么赚呢又窥探着我，请问它是以终为始吗?那在座的各位明确你们的目标，目的，价值，只做跟它有关的事，这叫以终为始。你就无限接近成功，早晚都能成。今天你干了这个，明天干了那个，看这个好也好，看那个好也好，你是干到很多机会了，请问和下面一件事成吗?你怎么看?说的是你。你接触这么多了，都白干了吗?所谓的就是人是个动态调整的过程你干的事如果放在言行身上有价值吗有因为你没有他有的东西你已经有了很多这个东西了这都是一堆玩具你不得奔着能成事那个角度走吗那同样的一件事放在你身上就有价值这么干就行因为你获得很多经验我个个都在尝试你就只在尝试了你现在不确定能成才行啊还有啥要问的你们有人做咸鱼这个项目吗我没做过你做过你已经覆盖掉了你不是做别的项目已经超过这个了现在无限运动可以回去看一看，怎么获得更多的机会，然后把刚刚说的这个性格整理一下，自己分析分析，想了一下，不懂，就问AI吧。讲了这么多，大家有啥感受啊?像是封闭，</w:t>
      </w:r>
    </w:p>
    <w:p>
      <w:pPr>
        <w:pStyle w:val="Heading2"/>
        <w:keepNext/>
      </w:pPr>
      <w:r>
        <w:t>028  姜哥  ·  s2476-s2496</w:t>
      </w:r>
    </w:p>
    <w:p>
      <w:pPr>
        <w:keepNext/>
        <w:spacing w:after="100"/>
      </w:pPr>
      <w:r>
        <w:rPr>
          <w:rFonts w:ascii="Arial Unicode MS" w:hAnsi="Arial Unicode MS" w:eastAsia="Arial Unicode MS"/>
          <w:color w:val="5F6368"/>
          <w:sz w:val="17"/>
        </w:rPr>
        <w:t>主题：机会判断    用途：案例 / 行动 / 观点    识别置信度：high</w:t>
      </w:r>
    </w:p>
    <w:p>
      <w:pPr>
        <w:spacing w:after="200" w:line="300" w:lineRule="auto"/>
      </w:pPr>
      <w:r>
        <w:t>我以前干一件事是因为有硬件的成本或者硬件条件的一个限制，比如我不来这个区域我干不了这个事，没人带我我不能干这个事，我有心意差我不能干这个事，自己摸索时间太长我不能干这个事，但在那些时代这些东西没有了呀，就别人能干，理论上你也能干，就负值关系嘛，找到一个成功的，我想办法去负值他，你们的地理性应该会很多，就是没有那么强。你不是在想哲学的动物吗?没有，我就是来建议你吃个饭，吃个饿的。是说你长十几岁?</w:t>
      </w:r>
    </w:p>
    <w:p>
      <w:pPr>
        <w:pStyle w:val="Heading2"/>
        <w:keepNext/>
      </w:pPr>
      <w:r>
        <w:t>029  姜哥  ·  s2531-s2537</w:t>
      </w:r>
    </w:p>
    <w:p>
      <w:pPr>
        <w:keepNext/>
        <w:spacing w:after="100"/>
      </w:pPr>
      <w:r>
        <w:rPr>
          <w:rFonts w:ascii="Arial Unicode MS" w:hAnsi="Arial Unicode MS" w:eastAsia="Arial Unicode MS"/>
          <w:color w:val="5F6368"/>
          <w:sz w:val="17"/>
        </w:rPr>
        <w:t>主题：现场交流    用途：行动    识别置信度：medium</w:t>
      </w:r>
    </w:p>
    <w:p>
      <w:pPr>
        <w:spacing w:after="200" w:line="300" w:lineRule="auto"/>
      </w:pPr>
      <w:r>
        <w:t>技术就是质疑我就这了各位你们跟乔厂长聊一聊然后后面在这个群里把您跟乔厂长拉到群里去看一看你要让他做什么拍个照吧拍个照是吧去年这个时候我来公司面试还去年今天下午对啊就是今天下午可以可以可以来来来往后一点啊明白一下吗明白了你过来吧</w:t>
      </w:r>
    </w:p>
    <w:p>
      <w:pPr>
        <w:pStyle w:val="Heading2"/>
        <w:keepNext/>
      </w:pPr>
      <w:r>
        <w:t>030  姜哥  ·  s2606-s2606</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然后就是然后就是然后就是然后就是然后就是然后就是然后就是</w:t>
      </w:r>
    </w:p>
    <w:p>
      <w:r>
        <w:br w:type="page"/>
      </w:r>
    </w:p>
    <w:p>
      <w:pPr>
        <w:pStyle w:val="Heading1"/>
      </w:pPr>
      <w:r>
        <w:t>陈厂长语料库</w:t>
      </w:r>
    </w:p>
    <w:p>
      <w:pPr>
        <w:spacing w:after="240"/>
      </w:pPr>
      <w:r>
        <w:rPr>
          <w:rFonts w:ascii="Arial Unicode MS" w:hAnsi="Arial Unicode MS" w:eastAsia="Arial Unicode MS"/>
          <w:color w:val="5F6368"/>
          <w:sz w:val="21"/>
        </w:rPr>
        <w:t>生产关系、商业判断、交付与闭环  |  38 条记录</w:t>
      </w:r>
    </w:p>
    <w:p>
      <w:pPr>
        <w:pStyle w:val="Heading2"/>
        <w:keepNext/>
      </w:pPr>
      <w:r>
        <w:t>001  陈厂长  ·  s1564-s1580</w:t>
      </w:r>
    </w:p>
    <w:p>
      <w:pPr>
        <w:keepNext/>
        <w:spacing w:after="100"/>
      </w:pPr>
      <w:r>
        <w:rPr>
          <w:rFonts w:ascii="Arial Unicode MS" w:hAnsi="Arial Unicode MS" w:eastAsia="Arial Unicode MS"/>
          <w:color w:val="5F6368"/>
          <w:sz w:val="17"/>
        </w:rPr>
        <w:t>主题：业务建模 / 人机协作    用途：方法    识别置信度：high</w:t>
      </w:r>
    </w:p>
    <w:p>
      <w:pPr>
        <w:spacing w:after="200" w:line="300" w:lineRule="auto"/>
      </w:pPr>
      <w:r>
        <w:t>的跟个人对接，然后我就跟企业对接的合作在谈。现在我是直接能跟他们老板去对接，但是现在问题就是，他们老板的业务肯定是最亲切的，老板肯定是最熟悉业务的，技术我也熟悉，但是我技术怎么结合业务我不清楚，然后他业务怎么结合AI他也没有那么清楚。所以我们两个相当于是从两边分别往对方过渡的中间这个桥梁很不清晰，然后在这个过程中怎么去至少我获得他全面清晰，这是基本，这样就有足够传达的问题。那该怎么去跟他聊能够让他尽可能清楚，而且还把他们的</w:t>
      </w:r>
    </w:p>
    <w:p>
      <w:pPr>
        <w:pStyle w:val="Heading2"/>
        <w:keepNext/>
      </w:pPr>
      <w:r>
        <w:t>002  陈厂长  ·  s1628-s1633</w:t>
      </w:r>
    </w:p>
    <w:p>
      <w:pPr>
        <w:keepNext/>
        <w:spacing w:after="100"/>
      </w:pPr>
      <w:r>
        <w:rPr>
          <w:rFonts w:ascii="Arial Unicode MS" w:hAnsi="Arial Unicode MS" w:eastAsia="Arial Unicode MS"/>
          <w:color w:val="5F6368"/>
          <w:sz w:val="17"/>
        </w:rPr>
        <w:t>主题：业务建模 / 销售成交    用途：方法    识别置信度：medium</w:t>
      </w:r>
    </w:p>
    <w:p>
      <w:pPr>
        <w:spacing w:after="200" w:line="300" w:lineRule="auto"/>
      </w:pPr>
      <w:r>
        <w:t>来去使用。我给他们带领知识，不论他们有相关的销售业务，或者是相关的产品业务，关于记忆这方面，他怎么能够</w:t>
      </w:r>
    </w:p>
    <w:p>
      <w:pPr>
        <w:pStyle w:val="Heading2"/>
        <w:keepNext/>
      </w:pPr>
      <w:r>
        <w:t>003  陈厂长  ·  s1646-s1669</w:t>
      </w:r>
    </w:p>
    <w:p>
      <w:pPr>
        <w:keepNext/>
        <w:spacing w:after="100"/>
      </w:pPr>
      <w:r>
        <w:rPr>
          <w:rFonts w:ascii="Arial Unicode MS" w:hAnsi="Arial Unicode MS" w:eastAsia="Arial Unicode MS"/>
          <w:color w:val="5F6368"/>
          <w:sz w:val="17"/>
        </w:rPr>
        <w:t>主题：业务建模 / 人机协作 / 知识复用 / 销售成交    用途：方法 / 案例 / 行动    识别置信度：high</w:t>
      </w:r>
    </w:p>
    <w:p>
      <w:pPr>
        <w:spacing w:after="200" w:line="300" w:lineRule="auto"/>
      </w:pPr>
      <w:r>
        <w:t>了很多细节的问题。比如说他们现在有很多方面，比如说有让我出VIP客户，然后他们有自己的直播切片想要出视频，然后也有获客做网站，然后什么大知识库，然后内容生产，然后以及他老板的个人的IP表达，就是分为好多支线，那他们这么多需求，就是怎么去判断优先级是肯定我让的吧?拿着喝，你别喝那两瓶。就是那天记者是让老板来看的，那我该怎么去找他?我可不可以先帮他去做第一事，就是以老板的看法为准，还是说以他的程度?哪些程度?你先给自己建立一个正常的闭门。也让对方学习看到我们。</w:t>
      </w:r>
    </w:p>
    <w:p>
      <w:pPr>
        <w:pStyle w:val="Heading2"/>
        <w:keepNext/>
      </w:pPr>
      <w:r>
        <w:t>004  陈厂长  ·  s1700-s1702</w:t>
      </w:r>
    </w:p>
    <w:p>
      <w:pPr>
        <w:keepNext/>
        <w:spacing w:after="100"/>
      </w:pPr>
      <w:r>
        <w:rPr>
          <w:rFonts w:ascii="Arial Unicode MS" w:hAnsi="Arial Unicode MS" w:eastAsia="Arial Unicode MS"/>
          <w:color w:val="5F6368"/>
          <w:sz w:val="17"/>
        </w:rPr>
        <w:t>主题：现场交流    用途：行动 / 观点    识别置信度：medium</w:t>
      </w:r>
    </w:p>
    <w:p>
      <w:pPr>
        <w:spacing w:after="200" w:line="300" w:lineRule="auto"/>
      </w:pPr>
      <w:r>
        <w:t>的问题是你没有办法去为所有企业去提供这种非必要的定制所以我们是反过来强势要求所有企业必须按照我们的节奏来我们默认认为老板是啥我们跟老板说的原话叫你要不是傻逼你就应该去招两程序号你就不要来找我了你看你为什么不招两程序号呢你看你招了你不知道让人家干啥事对啊</w:t>
      </w:r>
    </w:p>
    <w:p>
      <w:pPr>
        <w:pStyle w:val="Heading2"/>
        <w:keepNext/>
      </w:pPr>
      <w:r>
        <w:t>005  陈厂长  ·  s1705-s1721</w:t>
      </w:r>
    </w:p>
    <w:p>
      <w:pPr>
        <w:keepNext/>
        <w:spacing w:after="100"/>
      </w:pPr>
      <w:r>
        <w:rPr>
          <w:rFonts w:ascii="Arial Unicode MS" w:hAnsi="Arial Unicode MS" w:eastAsia="Arial Unicode MS"/>
          <w:color w:val="5F6368"/>
          <w:sz w:val="17"/>
        </w:rPr>
        <w:t>主题：业务建模 / 人机协作 / 知识复用 / 销售成交    用途：方法 / 案例 / 行动 / 观点    识别置信度：high</w:t>
      </w:r>
    </w:p>
    <w:p>
      <w:pPr>
        <w:spacing w:after="200" w:line="300" w:lineRule="auto"/>
      </w:pPr>
      <w:r>
        <w:t>懂的你听你的所以老板一般会说我想改这我想改那我问你想改啥这都很扯淡因为你是个傻逼你就不知道从哪开始改所以你听我的我告诉你改哪所以我们在这个问题当中我们是强势地去引导对方按照我们的节奏来落地这个其实就把一个对标的事变成标准化了。因为我管理谁来了，我们都是说销售是最重要的。管理谁来了，我们说你必须得销售我们的嫌疑案法。当然它背后也有逻辑，比如销售AI化，它这个公司立刻能看见利润率的提升，软化率的提升，老板信心的提升，这样你在改别的部门的时候，遇到的阻力就会显化，你想改别的部门就可以了。我们老板借到钱了你啥都搞出来了改别的部门的话改了之后的数据也不一定能有优化这个时候你再跟他推动别的说是推动不了当然这里面背后都是一些政治或者说是心理博弈的一些东西反正这个设定按照我们的逻辑基本上就是所有的企业按照我们的流程来按照我们的思路来然后这样我们其实就看上去做的是非标的一个但实际上交合的过程实际上是相对动作都是很标准化的所以他们的技术就可以服用他们的技术可以服用说白了就是你谁家销售不是你几个事儿吗谁家销售不是微信聊天呢谁家销售不打电话</w:t>
      </w:r>
    </w:p>
    <w:p>
      <w:pPr>
        <w:pStyle w:val="Heading2"/>
        <w:keepNext/>
      </w:pPr>
      <w:r>
        <w:t>006  陈厂长  ·  s1736-s1760</w:t>
      </w:r>
    </w:p>
    <w:p>
      <w:pPr>
        <w:keepNext/>
        <w:spacing w:after="100"/>
      </w:pPr>
      <w:r>
        <w:rPr>
          <w:rFonts w:ascii="Arial Unicode MS" w:hAnsi="Arial Unicode MS" w:eastAsia="Arial Unicode MS"/>
          <w:color w:val="5F6368"/>
          <w:sz w:val="17"/>
        </w:rPr>
        <w:t>主题：业务建模 / 知识复用 / 销售成交    用途：行动 / 观点    识别置信度：high</w:t>
      </w:r>
    </w:p>
    <w:p>
      <w:pPr>
        <w:spacing w:after="200" w:line="300" w:lineRule="auto"/>
      </w:pPr>
      <w:r>
        <w:t>企业FDE的话，一般的企业报价就是一百万起码，一百万，一百五十万。邏輯很簡單，我是不想讓他真的願意交錢。他真敢簽，那當然也挺好的。真敢簽，150萬拿了，咱們就解決問題。但不敢簽的話，突然就會顯得賠保的，性價比很高。人心138萬，才給我開發一個系統。你賠保一整年，我自己學會開發，才13萬。還是13萬吧。我们其实是反向的要逼他来主动选择这个配套的标准化业务这样的话其实交付成本是最轻的并不是想去做太多这种真的大的订单因为我们报过一千万也报过四千万就是规模越大报的越多最后读你一句话的时候你要不你先别整那么复杂先签个十三万吧先把这个钱给付了这样就很好聊你知道吗前面你报四千万别人都吓得吓死我操什么东西然后十三万就显得好两斤啊都是实验室的</w:t>
      </w:r>
    </w:p>
    <w:p>
      <w:pPr>
        <w:pStyle w:val="Heading2"/>
        <w:keepNext/>
      </w:pPr>
      <w:r>
        <w:t>007  陈厂长  ·  s1764-s1771</w:t>
      </w:r>
    </w:p>
    <w:p>
      <w:pPr>
        <w:keepNext/>
        <w:spacing w:after="100"/>
      </w:pPr>
      <w:r>
        <w:rPr>
          <w:rFonts w:ascii="Arial Unicode MS" w:hAnsi="Arial Unicode MS" w:eastAsia="Arial Unicode MS"/>
          <w:color w:val="5F6368"/>
          <w:sz w:val="17"/>
        </w:rPr>
        <w:t>主题：现场交流    用途：行动    识别置信度：medium</w:t>
      </w:r>
    </w:p>
    <w:p>
      <w:pPr>
        <w:spacing w:after="200" w:line="300" w:lineRule="auto"/>
      </w:pPr>
      <w:r>
        <w:t>的沒有，我自己做的，我不給別人做的，因為有時候他就不幫別人做，我就只要錢他就給我，他把他的錢給我，他</w:t>
      </w:r>
    </w:p>
    <w:p>
      <w:pPr>
        <w:pStyle w:val="Heading2"/>
        <w:keepNext/>
      </w:pPr>
      <w:r>
        <w:t>008  陈厂长  ·  s1776-s1784</w:t>
      </w:r>
    </w:p>
    <w:p>
      <w:pPr>
        <w:keepNext/>
        <w:spacing w:after="100"/>
      </w:pPr>
      <w:r>
        <w:rPr>
          <w:rFonts w:ascii="Arial Unicode MS" w:hAnsi="Arial Unicode MS" w:eastAsia="Arial Unicode MS"/>
          <w:color w:val="5F6368"/>
          <w:sz w:val="17"/>
        </w:rPr>
        <w:t>主题：业务建模 / 人机协作    用途：学习    识别置信度：medium</w:t>
      </w:r>
    </w:p>
    <w:p>
      <w:pPr>
        <w:spacing w:after="200" w:line="300" w:lineRule="auto"/>
      </w:pPr>
      <w:r>
        <w:t>自己花自己的錢給我，然後參觀你們的工作資料後會有一個很簡單的平台讓大家看一些資訊今天發生什麼事有些關鍵話可以看一些資訊可以看一些事件請問你身邊多少人啊?身邊多少人啊?我自己的資訊因為我以前就帮刘思逸去做日报Post吧。挺好。反正AI这个业务其实真的深入进去它是很复杂的。</w:t>
      </w:r>
    </w:p>
    <w:p>
      <w:pPr>
        <w:pStyle w:val="Heading2"/>
        <w:keepNext/>
      </w:pPr>
      <w:r>
        <w:t>009  陈厂长  ·  s1791-s1810</w:t>
      </w:r>
    </w:p>
    <w:p>
      <w:pPr>
        <w:keepNext/>
        <w:spacing w:after="100"/>
      </w:pPr>
      <w:r>
        <w:rPr>
          <w:rFonts w:ascii="Arial Unicode MS" w:hAnsi="Arial Unicode MS" w:eastAsia="Arial Unicode MS"/>
          <w:color w:val="5F6368"/>
          <w:sz w:val="17"/>
        </w:rPr>
        <w:t>主题：机会判断    用途：案例 / 行动 / 观点    识别置信度：high</w:t>
      </w:r>
    </w:p>
    <w:p>
      <w:pPr>
        <w:spacing w:after="200" w:line="300" w:lineRule="auto"/>
      </w:pPr>
      <w:r>
        <w:t>的那种大成牛不是不是其实诚哥这个AR改造这个事真要做的话复杂端一个部门有N个岗位，每个岗位有多少个操作对象，操作对象产生哪些数据，数据又是互相之间的依赖关系是什么，依赖哪些数据产生哪些数据，数据的格式是什么，你用什么样的数据库选择花旗银数据库，还是选择香港数据库，还是选择纯区块链的方式，账本机制去做记账，它又是不同的选择，然后不同的选择又涉及到不同的读取和分析策略，然后它这些数据的自动分流和存储，然后后置位的校验等等，这些东西其实是很复杂的，就是正儿八经去做这个事的时候，它就是复杂性非常高的，比如说像你做的那个POS，比如說我們其實我們銷售每一天的每一個電話都會被分析嘛那其實它就是一堆活躍在銷售的電腦上的agent在活躍嘛但是那些agent的任務是叫採集那我們需要另外一個agent來監控這些agent看他們有沒有準時採集然後那個agent採集了之後只是會把事實給推給數據庫和這個知識庫那又會有一批專門用來做分析的agent會在</w:t>
      </w:r>
    </w:p>
    <w:p>
      <w:pPr>
        <w:pStyle w:val="Heading2"/>
        <w:keepNext/>
      </w:pPr>
      <w:r>
        <w:t>010  陈厂长  ·  s1811-s1811</w:t>
      </w:r>
    </w:p>
    <w:p>
      <w:pPr>
        <w:keepNext/>
        <w:spacing w:after="100"/>
      </w:pPr>
      <w:r>
        <w:rPr>
          <w:rFonts w:ascii="Arial Unicode MS" w:hAnsi="Arial Unicode MS" w:eastAsia="Arial Unicode MS"/>
          <w:color w:val="5F6368"/>
          <w:sz w:val="17"/>
        </w:rPr>
        <w:t>主题：业务建模 / 行动方法    用途：方法 / 行动    识别置信度：high</w:t>
      </w:r>
    </w:p>
    <w:p>
      <w:pPr>
        <w:spacing w:after="200" w:line="300" w:lineRule="auto"/>
      </w:pPr>
      <w:r>
        <w:t>接收到数据的信息之后开始进入分析分析完之后再通过MCP往前推然后推完之后又会接受到老板的反馈或者是领导的反馈然后这个时候批注然后这个时候又会有一些方案意见开始介入然后再接管把这个流程继续往下推在这个过程中每一个环节又需要一组专门用来监听的一些人确保这个数据在这个链路过程中没有出现断档然后如果出现断档会在额外的标注出来您给大家看一下我们做的CU加上UDP你有地址吗</w:t>
      </w:r>
    </w:p>
    <w:p>
      <w:pPr>
        <w:pStyle w:val="Heading2"/>
        <w:keepNext/>
      </w:pPr>
      <w:r>
        <w:t>011  陈厂长  ·  s1814-s1823</w:t>
      </w:r>
    </w:p>
    <w:p>
      <w:pPr>
        <w:keepNext/>
        <w:spacing w:after="100"/>
      </w:pPr>
      <w:r>
        <w:rPr>
          <w:rFonts w:ascii="Arial Unicode MS" w:hAnsi="Arial Unicode MS" w:eastAsia="Arial Unicode MS"/>
          <w:color w:val="5F6368"/>
          <w:sz w:val="17"/>
        </w:rPr>
        <w:t>主题：机会判断    用途：行动 / 观点    识别置信度：medium</w:t>
      </w:r>
    </w:p>
    <w:p>
      <w:pPr>
        <w:spacing w:after="200" w:line="300" w:lineRule="auto"/>
      </w:pPr>
      <w:r>
        <w:t>做直播群里面应该有吧可能会有還是用那個糖这个密码很简单，发号就是终点柜ZYH密码看一下上面那个你们都是学计算机的吗?是啊，学计算机的。我是学计算机设计的。所以体验一下改造那份，它真正的核心还是跟技术没啥关系?</w:t>
      </w:r>
    </w:p>
    <w:p>
      <w:pPr>
        <w:pStyle w:val="Heading2"/>
        <w:keepNext/>
      </w:pPr>
      <w:r>
        <w:t>012  陈厂长  ·  s2471-s2475</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把事做完。现在的话，又会想很多个，別人能站在這兒，為啥你們站不到啊?</w:t>
      </w:r>
    </w:p>
    <w:p>
      <w:pPr>
        <w:pStyle w:val="Heading2"/>
        <w:keepNext/>
      </w:pPr>
      <w:r>
        <w:t>013  陈厂长  ·  s2497-s2529</w:t>
      </w:r>
    </w:p>
    <w:p>
      <w:pPr>
        <w:keepNext/>
        <w:spacing w:after="100"/>
      </w:pPr>
      <w:r>
        <w:rPr>
          <w:rFonts w:ascii="Arial Unicode MS" w:hAnsi="Arial Unicode MS" w:eastAsia="Arial Unicode MS"/>
          <w:color w:val="5F6368"/>
          <w:sz w:val="17"/>
        </w:rPr>
        <w:t>主题：人机协作 / 机会判断 / 销售成交 / 个人成长    用途：行动 / 观点    识别置信度：high</w:t>
      </w:r>
    </w:p>
    <w:p>
      <w:pPr>
        <w:spacing w:after="200" w:line="300" w:lineRule="auto"/>
      </w:pPr>
      <w:r>
        <w:t>对啊，就是一跑完家了。几岁?都什么大学的?成大?都成大?成大。你去哪我去哪你就在那是吧好是大姐我现在刚到就马上到了7点半飞机就得到机场了到机场就得走机厢吗机厢就这样走机厢先走行谢谢你而我说一个对于AI这个事儿上不一样的感受就是我们把技术这个事儿给掏掉了之后我们开始研究关系所谓的关系是指所有事物之间的关系一个公司和它的部门之间的关系部门内部的人和人的关系，一个人的工作，工作的东西。你把关系给理清楚，其实那玩意儿跟AI的技术没啥关系。这个内部的运作关系它本质上只是一个关系，它不是AI。没有AI能够拿到这个公司内部，不存在这些关系，还是存在的问题。学校也需要关系。专业族类，专业的下面还有一个族类，班级，班级下面一个类，那叫学生，学生有很多不断因应的学生是对象，就像现在的逻辑是一样的。其实很大程度上AI可以说技术能力非常之少，大家认为是技术能力，其实我认为是体系的技术能力，没有这种能力。换句话说，你为啥，刘思逸给你多少钱?为啥他敢</w:t>
      </w:r>
    </w:p>
    <w:p>
      <w:pPr>
        <w:pStyle w:val="Heading2"/>
        <w:keepNext/>
      </w:pPr>
      <w:r>
        <w:t>014  陈厂长  ·  s2544-s2563</w:t>
      </w:r>
    </w:p>
    <w:p>
      <w:pPr>
        <w:keepNext/>
        <w:spacing w:after="100"/>
      </w:pPr>
      <w:r>
        <w:rPr>
          <w:rFonts w:ascii="Arial Unicode MS" w:hAnsi="Arial Unicode MS" w:eastAsia="Arial Unicode MS"/>
          <w:color w:val="5F6368"/>
          <w:sz w:val="17"/>
        </w:rPr>
        <w:t>主题：业务建模 / 人机协作 / 机会判断 / 销售成交    用途：行动 / 观点    识别置信度：high</w:t>
      </w:r>
    </w:p>
    <w:p>
      <w:pPr>
        <w:spacing w:after="200" w:line="300" w:lineRule="auto"/>
      </w:pPr>
      <w:r>
        <w:t>反正我们看到的情况跟市场主流的声音不一样但是不得不吹着牛皮就是目前我们可能是市场上最赚钱的那帮人所以我们看到了一个跟市场完全相反的结论大家认为AI让基础变得廉价和普通，所以机会在基础上。而我们认为正因为AI把基础变得廉价和普通，所以机会就在基础上。能听懂吗?对，就是像那句话，就是如果这事你两个月你都能学会，你凭啥认为别人两个月就学会?对吧?那么你凭啥认为这个事可以成为你的竞争壁垒?这是一件多可怕的事?你居然靠着一个两个月就能学会的东西，试图让它做一个机会。所以真正的事情是在实际的业务当中，复杂性，才能呈現才能顯現出來所以一個組織的運行內部的關係是複雜的AI不管怎麼樣是一個生產力的東西所以目前為止看它至少不可能說你拿個AI去做個什麼做個做個做個做個做個遊戲啊或者什麼的這可能現在還不是它的核心的產值就算是做遊戲也是利用它的寫代碼的能力去做個遊戲的對吧所以本質上它還是生產力那生產力它就一定是應用於你上過政治課吧生產力上面還有一個東西叫什麼所以在这一波机会里面，其实我认为所有的机会都来自于生产关系的改变，这是一个非常非常反直觉的事，就是文科政治和哲学可能会比计算机科学要重要很多倍，就是知道一点点计算机基础就行了，因为你学得再好，</w:t>
      </w:r>
    </w:p>
    <w:p>
      <w:pPr>
        <w:pStyle w:val="Heading2"/>
        <w:keepNext/>
      </w:pPr>
      <w:r>
        <w:t>015  陈厂长  ·  s2564-s2590</w:t>
      </w:r>
    </w:p>
    <w:p>
      <w:pPr>
        <w:keepNext/>
        <w:spacing w:after="100"/>
      </w:pPr>
      <w:r>
        <w:rPr>
          <w:rFonts w:ascii="Arial Unicode MS" w:hAnsi="Arial Unicode MS" w:eastAsia="Arial Unicode MS"/>
          <w:color w:val="5F6368"/>
          <w:sz w:val="17"/>
        </w:rPr>
        <w:t>主题：人机协作 / 行动方法 / 销售成交 / 工具实践    用途：案例 / 行动 / 观点    识别置信度：high</w:t>
      </w:r>
    </w:p>
    <w:p>
      <w:pPr>
        <w:spacing w:after="200" w:line="300" w:lineRule="auto"/>
      </w:pPr>
      <w:r>
        <w:t>反正以后你也学不过AI。对吧，就你写代码，写代号，你这辈子也不可能写得过AI，因为我现在，现在我已经看不懂AI的写字工程了，想象中都是对Codex说，我要这，那，那，这，现在基本上跟Codex说的一句话都是一样的。我不懂你看着办吧，我不懂你看着办吧，最后AI给你干一个结果，然后你在那个里面只是扮演了一个判断，或者是主持人的角色，我判断这个好不好，然后你发现你核心优势无非就是在全网找各种SDL，找各种信息让你判断它好不好，所以这个时候你会发现你这个东西是不值钱的，比如说刘思逸如果他告诉你他需要什么，你的能力就值一千块，但是如果是你告诉刘思逸他应该做什么，这个事就值一万了因为你可以选择不告诉他他没得选能不能理解你稀缺性他知道他想要什么然后他找你干什么你的技术他能不能找他能不能找他对吧有人说过话了于是你就被期待了但如果是你主动告诉刘思逸你说刘思逸我通过你的预料我给你整理了出来的一些东西我认为我可以给你公司做这这那那然后跟他说我有三个提案但我要一万你去提一下，</w:t>
      </w:r>
    </w:p>
    <w:p>
      <w:pPr>
        <w:pStyle w:val="Heading2"/>
        <w:keepNext/>
      </w:pPr>
      <w:r>
        <w:t>016  陈厂长  ·  s2591-s2605</w:t>
      </w:r>
    </w:p>
    <w:p>
      <w:pPr>
        <w:keepNext/>
        <w:spacing w:after="100"/>
      </w:pPr>
      <w:r>
        <w:rPr>
          <w:rFonts w:ascii="Arial Unicode MS" w:hAnsi="Arial Unicode MS" w:eastAsia="Arial Unicode MS"/>
          <w:color w:val="5F6368"/>
          <w:sz w:val="17"/>
        </w:rPr>
        <w:t>主题：销售成交    用途：方法 / 行动 / 观点    识别置信度：high</w:t>
      </w:r>
    </w:p>
    <w:p>
      <w:pPr>
        <w:spacing w:after="200" w:line="300" w:lineRule="auto"/>
      </w:pPr>
      <w:r>
        <w:t>说不定他给你你发现刘思逸也挺好骗的然后你就会发现刘思逸这么聪明的人如果都能给你一万你知道没有刘思逸那么聪明的人他就给你多少钱他就给你三万给你至少两万三万因为刘思逸懂行吗肯定还有刘思逸不懂的对于那个人来说，他付出溢价了吗?我说对于一个不如刘思逸的人来说，那个人给你两万或三万，对他来说是不公平吗?对，非常公平，因为他没考上北大，谁叫他小时候不好好学习?是不是这个逻辑人的一生都要为自己曾经的选择买单嘛因为你在北大的圈子里面你肯定能拿到一手信息所以你的信息差距很小所以你就会被刑杀收割的很少但是如果你不在呢但是必须要被刑杀付费啊那谁叫你不在北大的圈子里面这是很合理的事情对不对所以你现在如果去到内蒙古去呼伦贝尔你去跟当地老板你说不定把你今天给刘斯基干的活给了一个老板同样干的老板给你两万有自己给你以前的所以如果你想赚多少钱应该怎么样?应该是把这个东西从那种不配件上来第一个是想清单的东西然后然后就是然后就是然后就是然后就是然后就是然后就是然后就是然后就是然后就是然后就是然后就是</w:t>
      </w:r>
    </w:p>
    <w:p>
      <w:pPr>
        <w:pStyle w:val="Heading2"/>
        <w:keepNext/>
      </w:pPr>
      <w:r>
        <w:t>017  陈厂长  ·  s2609-s2609</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是然后是然后是然后是然后是然后是然后是然后是然后是然后是然后是然后是然后是然后是然后</w:t>
      </w:r>
    </w:p>
    <w:p>
      <w:pPr>
        <w:pStyle w:val="Heading2"/>
        <w:keepNext/>
      </w:pPr>
      <w:r>
        <w:t>018  陈厂长  ·  s2611-s2611</w:t>
      </w:r>
    </w:p>
    <w:p>
      <w:pPr>
        <w:keepNext/>
        <w:spacing w:after="100"/>
      </w:pPr>
      <w:r>
        <w:rPr>
          <w:rFonts w:ascii="Arial Unicode MS" w:hAnsi="Arial Unicode MS" w:eastAsia="Arial Unicode MS"/>
          <w:color w:val="5F6368"/>
          <w:sz w:val="17"/>
        </w:rPr>
        <w:t>主题：现场交流    用途：学习    识别置信度：medium</w:t>
      </w:r>
    </w:p>
    <w:p>
      <w:pPr>
        <w:spacing w:after="200" w:line="300" w:lineRule="auto"/>
      </w:pPr>
      <w:r>
        <w:t>是然后是然后是然后是然后是然后是然后是然后是然后是然后是然后是然后是然后是然后是然后是然后是然后是然后是然后是然后是然后是然后</w:t>
      </w:r>
    </w:p>
    <w:p>
      <w:pPr>
        <w:pStyle w:val="Heading2"/>
        <w:keepNext/>
      </w:pPr>
      <w:r>
        <w:t>019  陈厂长  ·  s2614-s2646</w:t>
      </w:r>
    </w:p>
    <w:p>
      <w:pPr>
        <w:keepNext/>
        <w:spacing w:after="100"/>
      </w:pPr>
      <w:r>
        <w:rPr>
          <w:rFonts w:ascii="Arial Unicode MS" w:hAnsi="Arial Unicode MS" w:eastAsia="Arial Unicode MS"/>
          <w:color w:val="5F6368"/>
          <w:sz w:val="17"/>
        </w:rPr>
        <w:t>主题：机会判断 / 销售成交    用途：行动 / 观点    识别置信度：high</w:t>
      </w:r>
    </w:p>
    <w:p>
      <w:pPr>
        <w:spacing w:after="200" w:line="300" w:lineRule="auto"/>
      </w:pPr>
      <w:r>
        <w:t>然后是然后是然后是然后是然后是然后是然后是然后是然后对，但确实是把未来和故事卖给他们，但是重点其实是你得去研究它内部的运作关系，就是任何一个公司它一定是由人组成的。研究它的取向是在内部的?对，它组织内部的关系，对外的，不会是对内关系，它不就两个所谓的关系吗?人除了对外的，人就三个关系，对公司内部的关系，对外部的关系，对自己的关系，否则还有什么关系?对内部就是管理和管理，然后部门和部门，参与和参与。所以你可以思考一下，在这个维度上去琢磨琢磨。如果说学技术，反正我是觉得学了只是给你自己增加了虚幻的安全感。事实上只是虚幻的安全感，因为不会有人会为你能学会的东西，这事儿没有竞争力所以你就不会真正能够获得一家产那就没有意义一定是干一件难度的事儿天天要想这个事儿所以给他之外的补充其实我觉得人要有动力是非常简单的就是每天早上从早到晚早中晚这三天每天就想三件事儿就是我要挣十万块钱一个月你脑子中就想这事儿我要挣十万块钱一个月你早上也想这事儿中午也想一个月晚上也想一个月每天坚持想法你说我就是得挣十万块钱我就要找十二万新闻队伍，我就要找十二万新闻队伍你放心，过一个星期，你一开始觉得TMD，就自己狗屁给我一千块钱TMD，我不满足一次，</w:t>
      </w:r>
    </w:p>
    <w:p>
      <w:pPr>
        <w:pStyle w:val="Heading2"/>
        <w:keepNext/>
      </w:pPr>
      <w:r>
        <w:t>020  陈厂长  ·  s2647-s2700</w:t>
      </w:r>
    </w:p>
    <w:p>
      <w:pPr>
        <w:keepNext/>
        <w:spacing w:after="100"/>
      </w:pPr>
      <w:r>
        <w:rPr>
          <w:rFonts w:ascii="Arial Unicode MS" w:hAnsi="Arial Unicode MS" w:eastAsia="Arial Unicode MS"/>
          <w:color w:val="5F6368"/>
          <w:sz w:val="17"/>
        </w:rPr>
        <w:t>主题：业务建模 / 人机协作 / 机会判断 / 行动方法 / 销售成交    用途：行动 / 观点    识别置信度：high</w:t>
      </w:r>
    </w:p>
    <w:p>
      <w:pPr>
        <w:spacing w:after="200" w:line="300" w:lineRule="auto"/>
      </w:pPr>
      <w:r>
        <w:t>我必须得找到东西让他给我两万你就想招了，想一切办法都把这个事给实现所以心力不足根本原因还是钱不给你不是他钱没给你，而是你不想要你根本就不想要你根本就不想要我当二的时候，这多少年前了?我当二的时候是十五、八十年前的事儿。对， 206年，206年。我那个时候我给人家老板干活，给人家写个PPT的时候，人家五千块钱。我觉得这个事儿值钱。所以我的目标，反正目标是啥?你目标是啥?就是你得理解AI时代到底什么能力才有价值，对吧?那钱挣到了只是证明你有这个能力。你拥有使用智能体的能力，结果你发现你只挣一千块钱。这种能力是AI时代重要的能力吗?不是吗?所以你要去找到那个AI时代重要的值钱的能力。你找那个值钱的能力的过程，它验证节点是那个十万块钱。你啥时候一个月就试完了，找不着了。在这个时代到底咋挣钱，这个事儿有认知了，入道了。这个时候电板就自动启动了，所以没有什么事儿是复杂的。那讲个故事的话，如果我要给个机率的话，你讲个故事。你给个自己讲的故事，肯定是要跟公司有关，讲故事的，可惜就三个字。与你有关，四个字，与你有关。我现在给你讲的故事跟你没关系，你愿意听吗?你肯定不得已听啊，你听了以后会觉得光我皮实。对不对?那刘思逸他真正需要的是什么?</w:t>
      </w:r>
    </w:p>
    <w:p>
      <w:pPr>
        <w:pStyle w:val="Heading2"/>
        <w:keepNext/>
      </w:pPr>
      <w:r>
        <w:t>021  陈厂长  ·  s2701-s2744</w:t>
      </w:r>
    </w:p>
    <w:p>
      <w:pPr>
        <w:keepNext/>
        <w:spacing w:after="100"/>
      </w:pPr>
      <w:r>
        <w:rPr>
          <w:rFonts w:ascii="Arial Unicode MS" w:hAnsi="Arial Unicode MS" w:eastAsia="Arial Unicode MS"/>
          <w:color w:val="5F6368"/>
          <w:sz w:val="17"/>
        </w:rPr>
        <w:t>主题：业务建模 / 人机协作 / 销售成交    用途：方法 / 案例 / 行动    识别置信度：high</w:t>
      </w:r>
    </w:p>
    <w:p>
      <w:pPr>
        <w:spacing w:after="200" w:line="300" w:lineRule="auto"/>
      </w:pPr>
      <w:r>
        <w:t>刘思逸需要的是什么?刘思逸要么就想要卖得更好，要么交付更轻，但刘思逸是一个重交付的还是一个重流量的人?流量第一，销软第二，交付第三，刘思逸一定是不太爱交付的一个人。这话没毛病吧?相对而言，那它的流量你能幫到它嗎?我覺得你幫不到它，因為它的內容生產是靠CPU的。那它的削軟能不能好?能。為什麼呢?因為AI能不能成為它新的銷售抓手?比如說它射頻現在賣得不夠，那如果它射頻賣的時候能送它額外的各種各樣的智能器?比如說我給群想做一個群想貨櫃的專用的，作為你們每次賣群體的錢。这个时代差距是想法，是idea，是passion，idea和passion，一个人拥有非常多的idea，我有很多想法，同时我有passion，这么做是错的，如果我给你做，我给你做这样这样这样这样，我可以把整个的钱拿出来，然后我所有的东西都非常牛逼，我复杂度极高，然后你的CPU就是暂时做，你的CPU也要做两个星期。OK，你的CPU一个月不会只有两万块钱吧?所以给我一万，我给你做。听懂了吗?热情，就是想要去创造点什么事的那种热情。对，就是研究一个事，然后你在中间看见漏洞，看见缺口。前段时间何华看你们用各种agent用各种codecs做这些东西很好他跟我说哇靠他们好牛</w:t>
      </w:r>
    </w:p>
    <w:p>
      <w:pPr>
        <w:pStyle w:val="Heading2"/>
        <w:keepNext/>
      </w:pPr>
      <w:r>
        <w:t>022  陈厂长  ·  s2745-s2747</w:t>
      </w:r>
    </w:p>
    <w:p>
      <w:pPr>
        <w:keepNext/>
        <w:spacing w:after="100"/>
      </w:pPr>
      <w:r>
        <w:rPr>
          <w:rFonts w:ascii="Arial Unicode MS" w:hAnsi="Arial Unicode MS" w:eastAsia="Arial Unicode MS"/>
          <w:color w:val="5F6368"/>
          <w:sz w:val="17"/>
        </w:rPr>
        <w:t>主题：销售成交    用途：案例 / 观点    识别置信度：medium</w:t>
      </w:r>
    </w:p>
    <w:p>
      <w:pPr>
        <w:spacing w:after="200" w:line="300" w:lineRule="auto"/>
      </w:pPr>
      <w:r>
        <w:t>逼啊我都慌了他跟我说没有用的那些都没有价值因为他当时不掌握这些能力他不掌握这些能力但是他的产品被我卖给13万他的服务被我卖给13万但他其实连掌握你们的</w:t>
      </w:r>
    </w:p>
    <w:p>
      <w:pPr>
        <w:pStyle w:val="Heading2"/>
        <w:keepNext/>
      </w:pPr>
      <w:r>
        <w:t>023  陈厂长  ·  s2757-s2776</w:t>
      </w:r>
    </w:p>
    <w:p>
      <w:pPr>
        <w:keepNext/>
        <w:spacing w:after="100"/>
      </w:pPr>
      <w:r>
        <w:rPr>
          <w:rFonts w:ascii="Arial Unicode MS" w:hAnsi="Arial Unicode MS" w:eastAsia="Arial Unicode MS"/>
          <w:color w:val="5F6368"/>
          <w:sz w:val="17"/>
        </w:rPr>
        <w:t>主题：人机协作 / 知识复用 / 机会判断 / 销售成交    用途：方法 / 案例 / 行动 / 观点    识别置信度：high</w:t>
      </w:r>
    </w:p>
    <w:p>
      <w:pPr>
        <w:spacing w:after="200" w:line="300" w:lineRule="auto"/>
      </w:pPr>
      <w:r>
        <w:t>我不会演查长。但是我当时跟他说的一句话就是，他们这些能力是不值钱的能力，因为这些能力会非常快速地被蒸馏复制，然后就迅速地死去一件事。而你做的事情非常的复杂。复杂才是一家全，因为复杂天然就没法争夺了，对吧?所以你要给刘斯基的方案应该具备什么性?那复杂性的前哲位是什么?你是搞一堆无关的智能体，把它堆在一起那叫复杂性。是不是?你得研究关系。对吧，你觉得得理解刘思逸的销售和生意是怎么做的反正你跟刘思逸都有受限的关系下次像你这种情况你就应该想办法收到刘思逸的钱不然刘思逸遗忘了你说你跟刘思逸明说我有一个计划，我有一个方案，我可以给到你然后你把现在的页面都给做出来了然后后端有些Agent就是没实现但你可以演示一下然后刘思逸说，我觉得完全可以，完全可以给钱</w:t>
      </w:r>
    </w:p>
    <w:p>
      <w:pPr>
        <w:pStyle w:val="Heading2"/>
        <w:keepNext/>
      </w:pPr>
      <w:r>
        <w:t>024  陈厂长  ·  s2779-s2779</w:t>
      </w:r>
    </w:p>
    <w:p>
      <w:pPr>
        <w:keepNext/>
        <w:spacing w:after="100"/>
      </w:pPr>
      <w:r>
        <w:rPr>
          <w:rFonts w:ascii="Arial Unicode MS" w:hAnsi="Arial Unicode MS" w:eastAsia="Arial Unicode MS"/>
          <w:color w:val="5F6368"/>
          <w:sz w:val="17"/>
        </w:rPr>
        <w:t>主题：个人成长    用途：观点    识别置信度：medium</w:t>
      </w:r>
    </w:p>
    <w:p>
      <w:pPr>
        <w:spacing w:after="200" w:line="300" w:lineRule="auto"/>
      </w:pPr>
      <w:r>
        <w:t>因为你拥有90分的能力或你追求90分的能力本质上是一种偷懒是一种未来作弊的一种思维就是你认为系统或者你认为社会像学校一样它会识别你分数考得高学校会这样因为学校会专门组织考试然后你分数高的又会考前于是你上了更好的学校得到更多的奖励但社会并不知道社会并不care</w:t>
      </w:r>
    </w:p>
    <w:p>
      <w:pPr>
        <w:pStyle w:val="Heading2"/>
        <w:keepNext/>
      </w:pPr>
      <w:r>
        <w:t>025  陈厂长  ·  s2782-s2822</w:t>
      </w:r>
    </w:p>
    <w:p>
      <w:pPr>
        <w:keepNext/>
        <w:spacing w:after="100"/>
      </w:pPr>
      <w:r>
        <w:rPr>
          <w:rFonts w:ascii="Arial Unicode MS" w:hAnsi="Arial Unicode MS" w:eastAsia="Arial Unicode MS"/>
          <w:color w:val="5F6368"/>
          <w:sz w:val="17"/>
        </w:rPr>
        <w:t>主题：人机协作 / 机会判断 / 销售成交    用途：案例 / 行动    识别置信度：high</w:t>
      </w:r>
    </w:p>
    <w:p>
      <w:pPr>
        <w:spacing w:after="200" w:line="300" w:lineRule="auto"/>
      </w:pPr>
      <w:r>
        <w:t>判断你是多少分，而你会发现你的分数越高，你向社会解释你分数高这件事的难度就越大，除非你考到满分，考到满分的时候你自然而然就是，对吧，你就是在OpenAI了，你不用解释了，那你除非考满分，就太过异常，如果你的分数在正常制度范围内，但是你越往高幅度走，其实你解释成本越高，其实反而你60分的话，社会大众对你的感知会更清晰，因为知道你大概在什么地方，所以最后，就是60分的能力的人跟40分的人对话，和90分的人跟40分的人对话，哪个人更容易对话?你们当过学渣的就知道，学霸跟学渣是有生俱得利的，说不了话的，学霸跟学渣无法对话，你要真90分，我跟你说，40分的人都不知道你在说什么，但你60分的时候刚刚好，40分的人都前头听不懂你在说什么。而社会上的人，在AI这个位置上，社会上的人是四分之多还是六分之多，还是九分之多?四分的老百姓最多，所以能力越高往往意味着所以我们公司的销售还包括我们公司，其实我们公司有很多正经的研发，就是人工智能措施这方面，但是其实你会发现我们的客户最讨厌的</w:t>
      </w:r>
    </w:p>
    <w:p>
      <w:pPr>
        <w:pStyle w:val="Heading2"/>
        <w:keepNext/>
      </w:pPr>
      <w:r>
        <w:t>026  陈厂长  ·  s2829-s2863</w:t>
      </w:r>
    </w:p>
    <w:p>
      <w:pPr>
        <w:keepNext/>
        <w:spacing w:after="100"/>
      </w:pPr>
      <w:r>
        <w:rPr>
          <w:rFonts w:ascii="Arial Unicode MS" w:hAnsi="Arial Unicode MS" w:eastAsia="Arial Unicode MS"/>
          <w:color w:val="5F6368"/>
          <w:sz w:val="17"/>
        </w:rPr>
        <w:t>主题：销售成交    用途：案例 / 行动 / 观点    识别置信度：high</w:t>
      </w:r>
    </w:p>
    <w:p>
      <w:pPr>
        <w:spacing w:after="200" w:line="300" w:lineRule="auto"/>
      </w:pPr>
      <w:r>
        <w:t>我是个傻逼。对，客户直接产生了一种就是群发的，我是来花钱买物的。所以不需要去太多的专注于技术，更多的还是要琢磨，就是如果非要问这个世界依然是三件事，流量，销售和产品，永远是流量大于销售大于产品，因为这个世界产品不少，而这个世界的流量总量是有限的吧，产品是不是无限呢?产品可以被无限供应，对吧?技術可以無限複製，智能體可以無限創造，工廠也可以無限生產罐頭，所以產品是無限的，但是流量是有限的，因為你一天只有24小時，所有的人都只有24小時，把所有的時間全部去掉，假設每天每個人在非常短的時間兩小時，就是全部的流量的总数是个永恒的恒定值也是个闯祸而产品是个无穷增长的数所以你去做哪件事更容易更贴近稀缺性因为那个是稀缺那个是总量有限是个零合伙也是争夺而产品这个事是无穷的所以产品永远不一定带来安全感学技术也是把自己当产品，试图把自己当这个产品，这是学生自力时代最常见的一种思维，把自己想当一个好产品。但是如果非要有的选，我会建议你们依然是高流量，虽然可能江一鹤因为在杭州看到杭州现在很萧条，大家都认为这个流量世界已经没得玩了，但我认为这是个小答案的故事，绝对不是这样，真相一定是流量比什么的销售女子，销售比产品女子。</w:t>
      </w:r>
    </w:p>
    <w:p>
      <w:pPr>
        <w:pStyle w:val="Heading2"/>
        <w:keepNext/>
      </w:pPr>
      <w:r>
        <w:t>027  陈厂长  ·  s2871-s2893</w:t>
      </w:r>
    </w:p>
    <w:p>
      <w:pPr>
        <w:keepNext/>
        <w:spacing w:after="100"/>
      </w:pPr>
      <w:r>
        <w:rPr>
          <w:rFonts w:ascii="Arial Unicode MS" w:hAnsi="Arial Unicode MS" w:eastAsia="Arial Unicode MS"/>
          <w:color w:val="5F6368"/>
          <w:sz w:val="17"/>
        </w:rPr>
        <w:t>主题：人机协作 / 销售成交    用途：方法 / 案例    识别置信度：high</w:t>
      </w:r>
    </w:p>
    <w:p>
      <w:pPr>
        <w:spacing w:after="200" w:line="300" w:lineRule="auto"/>
      </w:pPr>
      <w:r>
        <w:t>这人家回去拿着卡一顿卖，一月就几十万就出销了对，所以这个世界永远是流量为王，那个人为什么能卖得掉，因为流量第二是销售为王，因为那个人能卖得掉最后才是，那个人其实当时心里想法是，四五十万都收了，如果不知道怎么做，我让你赔一千块钱，对吧所以你看这个游戏其实就知道了。所以如果有的选择，我会建议是EI往前走，往前走。你们有没有做过博主啊?做流量是吧?还是往前走会好一点。做流量也好，你过来做博主做操盘手肯定会比做智能体会靠谱。我们一直都是跟，我们公司虽然是EI公司，但我们一直是非常坚定告诉别人，</w:t>
      </w:r>
    </w:p>
    <w:p>
      <w:pPr>
        <w:pStyle w:val="Heading2"/>
        <w:keepNext/>
      </w:pPr>
      <w:r>
        <w:t>028  陈厂长  ·  s2896-s2911</w:t>
      </w:r>
    </w:p>
    <w:p>
      <w:pPr>
        <w:keepNext/>
        <w:spacing w:after="100"/>
      </w:pPr>
      <w:r>
        <w:rPr>
          <w:rFonts w:ascii="Arial Unicode MS" w:hAnsi="Arial Unicode MS" w:eastAsia="Arial Unicode MS"/>
          <w:color w:val="5F6368"/>
          <w:sz w:val="17"/>
        </w:rPr>
        <w:t>主题：人机协作 / 机会判断 / 销售成交    用途：方法 / 行动 / 观点    识别置信度：high</w:t>
      </w:r>
    </w:p>
    <w:p>
      <w:pPr>
        <w:spacing w:after="200" w:line="300" w:lineRule="auto"/>
      </w:pPr>
      <w:r>
        <w:t>这种价值观是对的有些人把你张一顿当自己人你们就当自己人你们说的是真正的底层价值观这是在AI时代做了什么事然后去做游戏学习的事然后有时间去研究研究流量研究研究销售的东西不信干销售反正那话你就卖给自己一万块钱活儿不自己干不就行了?这不也是学计算机嘛?分他四千，你看他干不干?分五千，干不干?对不对?所以我发现你最后的时间全部都去找到下一个刘思逸，给他讲一个新故事，然后再说到新的一万，然后再说到新的两万，然后再找他。然后他不行，你再让他发展，他总结给你干。慢慢地你不就理解这个世界的真相了吗而实际上这个世界所谓想要接近机会其实说得太抽象了他每次说话都不一样我每次听他说话我都得猜我每次都猜他在说啥后来我都问了AI我说他在说啥我给他录了一页翻译一下他在说啥AI特别看我说啥我说你用小学的东西怎么话都不一样让我听懂</w:t>
      </w:r>
    </w:p>
    <w:p>
      <w:pPr>
        <w:pStyle w:val="Heading2"/>
        <w:keepNext/>
      </w:pPr>
      <w:r>
        <w:t>029  陈厂长  ·  s2912-s2941</w:t>
      </w:r>
    </w:p>
    <w:p>
      <w:pPr>
        <w:keepNext/>
        <w:spacing w:after="100"/>
      </w:pPr>
      <w:r>
        <w:rPr>
          <w:rFonts w:ascii="Arial Unicode MS" w:hAnsi="Arial Unicode MS" w:eastAsia="Arial Unicode MS"/>
          <w:color w:val="5F6368"/>
          <w:sz w:val="17"/>
        </w:rPr>
        <w:t>主题：人机协作 / 机会判断 / 销售成交    用途：方法 / 行动 / 观点    识别置信度：high</w:t>
      </w:r>
    </w:p>
    <w:p>
      <w:pPr>
        <w:spacing w:after="200" w:line="300" w:lineRule="auto"/>
      </w:pPr>
      <w:r>
        <w:t>我把它给你翻译一下这些人怎么能够找到很多机会就挣钱没有就是挣五千你就有五千的消费水平五千的消费水平就会让你站在五千的那个段位上挣两万你就有两万的消费水平你会站在两万的那个段位上然后随着你挣的钱开始变多你的形象就会被改造你莫名其妙的不是别的原因可能你现在长得也是清秀的但是我感觉我觉得我给你一千块钱你也不接受因为你看着就是我给你一千块钱你会接受的样子但是换个人你看着你对我觉得怎么不行跟他朋友抱着一架后面自己给他抱个两万因为这个更难接受所以人开始要换形象换形象之后才能换圈子所以只要前置位支撑支撑这换圈子换形象前置位的支撑会卖，会销售，会卖，会流量，有流量，有销售能力，对吧?产品能力其实在这里面是一个不那么稀缺的东西，不那么稀缺，不那么稀缺，反正那个，所以如果说，我刚刚跟那个，那个，跟哥聊了一下那个，他说他想做那个OPC嘛，对，反正我的感知是，是，大家产生一个误觉，好像学会用AI做东西就能做OPC，我认为好的OPC首先得是超级销售，不然你怎么公司就你一个人，你又不会map，你产品做得再好你都饿死了，是不是这个逻辑?所以OPC的第一核心能力是什么能力?卖的能力，对啊，卖的能力，别的都扯淡了你说，卖的能力是整个OPC能力最高的能力。</w:t>
      </w:r>
    </w:p>
    <w:p>
      <w:pPr>
        <w:pStyle w:val="Heading2"/>
        <w:keepNext/>
      </w:pPr>
      <w:r>
        <w:t>030  陈厂长  ·  s2942-s2949</w:t>
      </w:r>
    </w:p>
    <w:p>
      <w:pPr>
        <w:keepNext/>
        <w:spacing w:after="100"/>
      </w:pPr>
      <w:r>
        <w:rPr>
          <w:rFonts w:ascii="Arial Unicode MS" w:hAnsi="Arial Unicode MS" w:eastAsia="Arial Unicode MS"/>
          <w:color w:val="5F6368"/>
          <w:sz w:val="17"/>
        </w:rPr>
        <w:t>主题：销售成交    用途：方法    识别置信度：medium</w:t>
      </w:r>
    </w:p>
    <w:p>
      <w:pPr>
        <w:spacing w:after="200" w:line="300" w:lineRule="auto"/>
      </w:pPr>
      <w:r>
        <w:t>把这个能力有了，OPC就能干起来。你没有这个能力，都怎么扯淡?销售还是有什么技巧?销售哪有什么技巧?成靠经验。我在咱厂长这</w:t>
      </w:r>
    </w:p>
    <w:p>
      <w:pPr>
        <w:pStyle w:val="Heading2"/>
        <w:keepNext/>
      </w:pPr>
      <w:r>
        <w:t>031  陈厂长  ·  s2959-s2966</w:t>
      </w:r>
    </w:p>
    <w:p>
      <w:pPr>
        <w:keepNext/>
        <w:spacing w:after="100"/>
      </w:pPr>
      <w:r>
        <w:rPr>
          <w:rFonts w:ascii="Arial Unicode MS" w:hAnsi="Arial Unicode MS" w:eastAsia="Arial Unicode MS"/>
          <w:color w:val="5F6368"/>
          <w:sz w:val="17"/>
        </w:rPr>
        <w:t>主题：销售成交    用途：行动    识别置信度：medium</w:t>
      </w:r>
    </w:p>
    <w:p>
      <w:pPr>
        <w:spacing w:after="200" w:line="300" w:lineRule="auto"/>
      </w:pPr>
      <w:r>
        <w:t>我跑，好丢人啊挺好的体验，做销售这事你要有勇气，要有胆量去卖我多了几十万火炮了，上百万火炮了。可以啊，那卖了吗?</w:t>
      </w:r>
    </w:p>
    <w:p>
      <w:pPr>
        <w:pStyle w:val="Heading2"/>
        <w:keepNext/>
      </w:pPr>
      <w:r>
        <w:t>032  陈厂长  ·  s2979-s2995</w:t>
      </w:r>
    </w:p>
    <w:p>
      <w:pPr>
        <w:keepNext/>
        <w:spacing w:after="100"/>
      </w:pPr>
      <w:r>
        <w:rPr>
          <w:rFonts w:ascii="Arial Unicode MS" w:hAnsi="Arial Unicode MS" w:eastAsia="Arial Unicode MS"/>
          <w:color w:val="5F6368"/>
          <w:sz w:val="17"/>
        </w:rPr>
        <w:t>主题：知识复用 / 机会判断 / 销售成交    用途：观点    识别置信度：medium</w:t>
      </w:r>
    </w:p>
    <w:p>
      <w:pPr>
        <w:spacing w:after="200" w:line="300" w:lineRule="auto"/>
      </w:pPr>
      <w:r>
        <w:t>吧。能卖出去，你觉得有机会干东西，你已经闭环了。流量、卖、产品，是不是闭环了吗?你甭管啥，你闭环了吗?一万的闭环也是闭环嘛，对吧?实在不行，吃点苦，努力把力，熬过点夜，把这一万的工作重复一百遍，你就一百万了。这不挺好吗?这就是OPC的标准形态脱离这个不诚意的你也有流量是吧?</w:t>
      </w:r>
    </w:p>
    <w:p>
      <w:pPr>
        <w:pStyle w:val="Heading2"/>
        <w:keepNext/>
      </w:pPr>
      <w:r>
        <w:t>033  陈厂长  ·  s3018-s3035</w:t>
      </w:r>
    </w:p>
    <w:p>
      <w:pPr>
        <w:keepNext/>
        <w:spacing w:after="100"/>
      </w:pPr>
      <w:r>
        <w:rPr>
          <w:rFonts w:ascii="Arial Unicode MS" w:hAnsi="Arial Unicode MS" w:eastAsia="Arial Unicode MS"/>
          <w:color w:val="5F6368"/>
          <w:sz w:val="17"/>
        </w:rPr>
        <w:t>主题：销售成交 / 个人成长    用途：学习    识别置信度：medium</w:t>
      </w:r>
    </w:p>
    <w:p>
      <w:pPr>
        <w:spacing w:after="200" w:line="300" w:lineRule="auto"/>
      </w:pPr>
      <w:r>
        <w:t>了。毕业了，也挺好的。这挺好的，这挺好的，这都对的。当你讲一个故事，别人信不信是因为那个故事本身好不好，还是首先你这个人像不像?这是最可怜的。你啥都不用，如果啥都不用干，咱们家就弄一千万家，你流量就变大了，你说同样的话流量都会变，或者说来的，播放量不一定会变，</w:t>
      </w:r>
    </w:p>
    <w:p>
      <w:pPr>
        <w:pStyle w:val="Heading2"/>
        <w:keepNext/>
      </w:pPr>
      <w:r>
        <w:t>034  陈厂长  ·  s3042-s3052</w:t>
      </w:r>
    </w:p>
    <w:p>
      <w:pPr>
        <w:keepNext/>
        <w:spacing w:after="100"/>
      </w:pPr>
      <w:r>
        <w:rPr>
          <w:rFonts w:ascii="Arial Unicode MS" w:hAnsi="Arial Unicode MS" w:eastAsia="Arial Unicode MS"/>
          <w:color w:val="5F6368"/>
          <w:sz w:val="17"/>
        </w:rPr>
        <w:t>主题：行动方法 / 销售成交 / 个人成长    用途：案例 / 行动 / 观点    识别置信度：medium</w:t>
      </w:r>
    </w:p>
    <w:p>
      <w:pPr>
        <w:spacing w:after="200" w:line="300" w:lineRule="auto"/>
      </w:pPr>
      <w:r>
        <w:t>同样的方案，从一个人，看你的人就会变，这是最简单的，没了，剩下的就是，剩下的人都还没开始启动是吧?OPC也好谁还没启动?你启动了吗?上班也是一个很重要的一个成长目标上班一样，上班同事也是上班也是尽量靠近跟客户有关的到尽量靠近跟市场有关</w:t>
      </w:r>
    </w:p>
    <w:p>
      <w:pPr>
        <w:pStyle w:val="Heading2"/>
        <w:keepNext/>
      </w:pPr>
      <w:r>
        <w:t>035  陈厂长  ·  s3057-s3074</w:t>
      </w:r>
    </w:p>
    <w:p>
      <w:pPr>
        <w:keepNext/>
        <w:spacing w:after="100"/>
      </w:pPr>
      <w:r>
        <w:rPr>
          <w:rFonts w:ascii="Arial Unicode MS" w:hAnsi="Arial Unicode MS" w:eastAsia="Arial Unicode MS"/>
          <w:color w:val="5F6368"/>
          <w:sz w:val="17"/>
        </w:rPr>
        <w:t>主题：人机协作 / 销售成交 / 个人成长    用途：方法 / 行动    识别置信度：high</w:t>
      </w:r>
    </w:p>
    <w:p>
      <w:pPr>
        <w:spacing w:after="200" w:line="300" w:lineRule="auto"/>
      </w:pPr>
      <w:r>
        <w:t>中国战的。刚刚就是给了各位一点关于AI来应用落地的东西我们讲一本讲课的风格完全不一样它讲的比较抽象我会比较简单直接的说我给大家分享给你们说满意就直接落地想尽一切办法让刘思逸给你一万块钱。我跟你说，只要这件事能达成，刘思逸一定会给你一万块钱。你人生第一个大天使歌舞就是刘思逸，不用想他。你不把刘思逸的一万给收到了，只要你能收到他的一万，钱你让他交不满意，你再豁免皮，你说让他写一篇你的口头号，让他退回你。他的总会家的社群搞不好能给你贷个三十万到五十万。等你挣到三十万五十万的时候记得花一万块钱回来租给我买一个</w:t>
      </w:r>
    </w:p>
    <w:p>
      <w:pPr>
        <w:pStyle w:val="Heading2"/>
        <w:keepNext/>
      </w:pPr>
      <w:r>
        <w:t>036  陈厂长  ·  s3078-s3090</w:t>
      </w:r>
    </w:p>
    <w:p>
      <w:pPr>
        <w:keepNext/>
        <w:spacing w:after="100"/>
      </w:pPr>
      <w:r>
        <w:rPr>
          <w:rFonts w:ascii="Arial Unicode MS" w:hAnsi="Arial Unicode MS" w:eastAsia="Arial Unicode MS"/>
          <w:color w:val="5F6368"/>
          <w:sz w:val="17"/>
        </w:rPr>
        <w:t>主题：行动方法 / 个人成长    用途：行动    识别置信度：high</w:t>
      </w:r>
    </w:p>
    <w:p>
      <w:pPr>
        <w:spacing w:after="200" w:line="300" w:lineRule="auto"/>
      </w:pPr>
      <w:r>
        <w:t>那不用那人家算算挣三五百万的时候再去租整个三五十万就赶紧去家回来租其他没问题非常好其他的都具体行动，我说没行动的就行动滚，等我能说啥还没开始行动的就行动滚干些啥呗，嘟嗓闭眼坐下，这事儿都练嘛，事儿上练想没有用的，听的通常都是瞎话，瞎话听个屁用的都这么焦虑人的焦虑跟迷茫就是因为干的太少看你现在目标有没有明确，你每天就给自己祈祷早上出一遍，我要收留自己一万中午就决定我要收留自己一万晚上出来我要收留自己一万我跟你说一星期内你一定能想到等会儿晚上我吃个饭</w:t>
      </w:r>
    </w:p>
    <w:p>
      <w:pPr>
        <w:pStyle w:val="Heading2"/>
        <w:keepNext/>
      </w:pPr>
      <w:r>
        <w:t>037  陈厂长  ·  s3093-s3094</w:t>
      </w:r>
    </w:p>
    <w:p>
      <w:pPr>
        <w:keepNext/>
        <w:spacing w:after="100"/>
      </w:pPr>
      <w:r>
        <w:rPr>
          <w:rFonts w:ascii="Arial Unicode MS" w:hAnsi="Arial Unicode MS" w:eastAsia="Arial Unicode MS"/>
          <w:color w:val="5F6368"/>
          <w:sz w:val="17"/>
        </w:rPr>
        <w:t>主题：业务建模 / 机会判断    用途：行动    识别置信度：medium</w:t>
      </w:r>
    </w:p>
    <w:p>
      <w:pPr>
        <w:spacing w:after="200" w:line="300" w:lineRule="auto"/>
      </w:pPr>
      <w:r>
        <w:t>也不见得我们这个基地就是专门用来培养人的因为我们自己办公室不在这儿这是我专门用来类似于舒适林的那个在杭州那种不一样的我个人用来放一些IP的放一些业务或者放一些多次项目的地方然后自己不辞职然后是在地方管理我们这边就是如果有一些你们需要线下的需要一些反正严重散场了</w:t>
      </w:r>
    </w:p>
    <w:p>
      <w:pPr>
        <w:pStyle w:val="Heading2"/>
        <w:keepNext/>
      </w:pPr>
      <w:r>
        <w:t>038  陈厂长  ·  s3106-s3112</w:t>
      </w:r>
    </w:p>
    <w:p>
      <w:pPr>
        <w:keepNext/>
        <w:spacing w:after="100"/>
      </w:pPr>
      <w:r>
        <w:rPr>
          <w:rFonts w:ascii="Arial Unicode MS" w:hAnsi="Arial Unicode MS" w:eastAsia="Arial Unicode MS"/>
          <w:color w:val="5F6368"/>
          <w:sz w:val="17"/>
        </w:rPr>
        <w:t>主题：现场交流    用途：方法 / 行动    识别置信度：medium</w:t>
      </w:r>
    </w:p>
    <w:p>
      <w:pPr>
        <w:spacing w:after="200" w:line="300" w:lineRule="auto"/>
      </w:pPr>
      <w:r>
        <w:t>这声音挺好吃的应该是中国第一个大海鲜商业海鲜对大海鲜商业海鲜关于大海鲜的讨论好好好哎我真疼你哦你一定要想一办法把这个自己修好啊嗯嗯我去那个我去碧海湾吃早餐</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Unicode MS" w:hAnsi="Arial Unicode MS" w:eastAsia="Arial Unicode MS"/>
        <w:color w:val="5F6368"/>
        <w:sz w:val="18"/>
      </w:rPr>
      <w:t xml:space="preserve">第 </w:t>
    </w:r>
    <w:r>
      <w:rPr>
        <w:rFonts w:ascii="Arial Unicode MS" w:hAnsi="Arial Unicode MS" w:eastAsia="Arial Unicode MS"/>
        <w:color w:val="5F6368"/>
        <w:sz w:val="18"/>
      </w:rPr>
      <w:fldChar w:fldCharType="begin"/>
      <w:instrText xml:space="preserve"> PAGE </w:instrText>
      <w:fldChar w:fldCharType="end"/>
    </w:r>
    <w:r>
      <w:rPr>
        <w:rFonts w:ascii="Arial Unicode MS" w:hAnsi="Arial Unicode MS" w:eastAsia="Arial Unicode MS"/>
        <w:color w:val="5F6368"/>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Unicode MS" w:hAnsi="Arial Unicode MS" w:eastAsia="Arial Unicode MS"/>
        <w:b/>
        <w:color w:val="5F6368"/>
        <w:sz w:val="17"/>
      </w:rPr>
      <w:t>AI 课程语料学习包  |  从会用到做成</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Unicode MS" w:hAnsi="Arial Unicode MS" w:eastAsia="Arial Unicode MS"/>
      <w:color w:val="1C1E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Unicode MS" w:hAnsi="Arial Unicode MS" w:eastAsia="Arial Unicode MS"/>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Unicode MS" w:hAnsi="Arial Unicode MS" w:eastAsia="Arial Unicode M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Unicode MS" w:hAnsi="Arial Unicode MS" w:eastAsia="Arial Unicode M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